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查询角色列表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1、查询子账号角色权限列表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http://api.polyv.net/live/v4/user/children/role/list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https://api.polyv.net/live/v4/user/children/role/list?appId=frlr1zazn3&amp;timestamp=1670482607000&amp;sign=91F4CBF905DED94336F34F246D8D700D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角色描述，备注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permissionName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权限名称，多个权限名称用英文逗号”,“分割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查询角色列表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getUserRoleListTest()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"http://api.polyv.net/live/v4/user/children/role/list";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log.info("测试查询角色列表成功：{}",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"ea917b23a1114d82b16dd9ad4ae89b31.69.16704826088465019",</w:t>
        <w:br/>
        <w:t xml:space="preserve">    "data": [</w:t>
        <w:br/>
        <w:t xml:space="preserve">        {</w:t>
        <w:br/>
        <w:t xml:space="preserve">            "id": 2,</w:t>
        <w:br/>
        <w:t xml:space="preserve">            "name": "直播频道管理员",</w:t>
        <w:br/>
        <w:t xml:space="preserve">            "description": "拥有频道级管理的能力",</w:t>
        <w:br/>
        <w:t xml:space="preserve">            "permissionName": "新建直播,直播方式,页面装修,角色设置,课件资源,观看限制,聊天室设置,观看页设置,商品库,邀请海报,报名观看,分享设置,渠道推广,打赏,广告,公众号,卡片推送,回放设置,视频库,重制课件,直播间统计,场次报表,防录屏跑马灯,虚拟人数设置,转播,线上双师,多会场,其他设置,图文直播,直播监控,导播台,录制设置,管理分类,直播分类,删除频道,红包,云分发,消息通知,互动游戏,客户端下载,帮助中心,在线咨询,意见反馈,消息中心,观看链接,编辑直播间信息,装修页-播放器,条件抽奖,坐席,预设红包,云剪辑,风险测评,子账号修改密码,素材库,音频审核"</w:t>
        <w:br/>
        <w:t xml:space="preserve">        },</w:t>
        <w:br/>
        <w:t xml:space="preserve">        {</w:t>
        <w:br/>
        <w:t xml:space="preserve">            "id": 1,</w:t>
        <w:br/>
        <w:t xml:space="preserve">            "name": "管理员",</w:t>
        <w:br/>
        <w:t xml:space="preserve">            "description": "拥有直播平台的所有功能",</w:t>
        <w:br/>
        <w:t xml:space="preserve">            "permissionName": "新建直播,直播方式,页面装修,角色设置,课件资源,观看限制,聊天室设置,观看页设置,商品库,邀请海报,报名观看,分享设置,渠道推广,打赏,广告,公众号,卡片推送,回放设置,视频库,重制课件,直播间统计,场次报表,防录屏跑马灯,虚拟人数设置,转播,线上双师,多会场,其他设置,平台统计,直播间统计,场次统计,用户统计,默认模板,图文直播,直播监控,导播台,录制设置,严禁词设置,短信平台,客户端,虚拟昵称,频道设置,开发者设置,回调设置,积分打赏设置,财务概览,账单明细,使用明细,我的账户,我要提现,收入详情,提现记录,管理分类,直播分类,删除频道,购买并发,页脚设置,红包,云分发,消息通知,互动游戏,客户端下载,帮助中心,在线咨询,意见反馈,消息中心,观看链接,编辑直播间信息,装修页-播放器,条件抽奖,坐席,预设红包,组织架构,子账号用量,云剪辑,风险测评,子账号修改密码,互动脚"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查询角色列表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