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查询用户子账号列表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1、查询用户子账号列表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http://api.polyv.net/live/v4/user/children/list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2、账号需要开通子账号功能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每页数据大小，默认每页显示10条数据，最大值不能超过1000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子账号邮箱，多个邮箱ID以,分隔，一次最多传入100个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http://api.polyv.net/live/v4/user/children/list?pageNumber=1&amp;appId=frlr1zazn3&amp;sign=39B651B783ED46083BBBD85A6E312645&amp;pageSize=20&amp;timestamp=1670548047976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状态NORMAL：正常FROZEN：冻结DELETE：删除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所属用户组织架构ID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所属用户组织架构名称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所属角色ID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查询用户子账号列表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getUserChildrenListTest()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"http://api.polyv.net/live/v4/user/children/list";</w:t>
        <w:br/>
        <w:t xml:space="preserve">    String pageNumber = "1";</w:t>
        <w:br/>
        <w:t xml:space="preserve">    String pageSize = "20";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log.info("测试查询用户子账号列表成功：{}",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"ea917b23a1114d82b16dd9ad4ae89b31.65.16704878229605481",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"childUserId": "837228485a48",</w:t>
        <w:br/>
        <w:t xml:space="preserve">                "childName": "张三",</w:t>
        <w:br/>
        <w:t xml:space="preserve">                "childEmail": "zhangsan@qq.com",</w:t>
        <w:br/>
        <w:t xml:space="preserve">                "description": "开拓测试产品市场，并努力建立测试领域内的相关标准和规范",</w:t>
        <w:br/>
        <w:t xml:space="preserve">                "telephone": "12300000000",</w:t>
        <w:br/>
        <w:t xml:space="preserve">                "status": "NORMAL",</w:t>
        <w:br/>
        <w:t xml:space="preserve">                "organizationId": 2743,</w:t>
        <w:br/>
        <w:t xml:space="preserve">                "organizationName": "测试部门",</w:t>
        <w:br/>
        <w:t xml:space="preserve">                "roleId": 397,</w:t>
        <w:br/>
        <w:t xml:space="preserve">                "roleName": "直播测试员",</w:t>
        <w:br/>
        <w:t xml:space="preserve">                "createdTime": 1670421414000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查询用户子账号列表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