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一客一码邀请销售信息查询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1、一客一码邀请销售信息查询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https://api.polyv.net/live/v4/user/invite-customer/get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销售id（跟saleCode参数二选一）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saleCode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销售邀请码（跟saleId参数二选一）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https://api.polyv.net/live/v4/user/invite-customer/get?appId=frlr1zazn3&amp;sign=7F2F91A6A01C9BBA844141088C5E9F71&amp;timestamp=1672884419075&amp;saleId=e4a975gao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子账号手机号码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查询页脚设置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getInviteCustomeSaleTest()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"https://api.polyv.net/live/v4/user/invite-customer/get";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requestMap.put("saleId", "e4a975gao");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log.info("测试查询销售信息成功：{}",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"f14199d88cde4db4920d1fc1deb5d2d2.71.16728211496668607",</w:t>
        <w:br/>
        <w:t xml:space="preserve">    "data": {</w:t>
        <w:br/>
        <w:t xml:space="preserve">        "userId": "1b448be323",</w:t>
        <w:br/>
        <w:t xml:space="preserve">        "childUserId": "1b448be326",</w:t>
        <w:br/>
        <w:t xml:space="preserve">        "childName": "保利威提供技术支持",</w:t>
        <w:br/>
        <w:t xml:space="preserve">        "childEmail": "xx@polyv.net",</w:t>
        <w:br/>
        <w:t xml:space="preserve">        "telephone": "13888888888",</w:t>
        <w:br/>
        <w:t xml:space="preserve">        "avatar": "https://www.polyv.net"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一客一码邀请销售信息查询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