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新增子账号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1、新增子账号</w:t>
        <w:br/>
        <w:t>2、（timestamp, appId）参与sign签名，并和sign一起通过url传递，请求体参数不参与签名，通过post请求体传递【请设置请求头contentType:application/json】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http://api.polyv.net/live/v4/user/children/create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2、账号需要开通子账号功能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请求体参数描述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childEmail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子账号登录邮箱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childName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子账号用户名称，最大长度50个字符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password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子账号密码，长度8~16位必须包含数字与字母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roleId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角色ID【可通过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查询角色列表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organizationId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组织ID，不传分配默认组织：总部【可通过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查询组织架构列表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telephone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手机号码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description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备注信息，最大长度100个字符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https://api.polyv.net/live/v4/user/children/create?appId=frlr1zazn3&amp;timestamp=1670488960000&amp;sign=A737C1816DF14B364D98670679CC8A11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请求体json参数：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"childEmail": "lisi@qq.com",</w:t>
        <w:br/>
        <w:t xml:space="preserve">    "password": "6hqnXCjJ46rujnMC",</w:t>
        <w:br/>
        <w:t xml:space="preserve">    "childName": "李四",</w:t>
        <w:br/>
        <w:t xml:space="preserve">    "description":"负责测试组人员的技能和业务培训，提升团队的测试能力",</w:t>
        <w:br/>
        <w:t xml:space="preserve">    "roleId": 1310,</w:t>
        <w:br/>
        <w:t xml:space="preserve">    "telephone": 12300000000,</w:t>
        <w:br/>
        <w:t xml:space="preserve">    "organizationId":2679</w:t>
        <w:br/>
        <w:t>}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响应结果，由业务决定，成功返回true，失败返回false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子账号信息【详见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3"/>
      </w:pPr>
      <w: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childUserId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子账号用户Id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childName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子账号用户名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childEmail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子账号邮箱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description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描述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telephone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手机号码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状态NORMAL：正常FROZEN：冻结DELETE：删除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organizationId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所属用户组织架构ID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organizationName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所属用户组织架构名称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roleId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所属角色ID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roleName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所属角色名称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创建时间，13位毫秒级时间戳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final Logger log = LoggerFactory.getLogger(getClass());</w:t>
        <w:br/>
        <w:t>/**</w:t>
        <w:br/>
        <w:t xml:space="preserve"> * 新增子账号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createUserChildrenTest()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br/>
        <w:t xml:space="preserve">    //业务参数</w:t>
        <w:br/>
        <w:t xml:space="preserve">    String url = "http://api.polyv.net/live/v4/user/children/create";</w:t>
        <w:br/>
        <w:t xml:space="preserve">    String childEmail = "lisi@qq.com";</w:t>
        <w:br/>
        <w:t xml:space="preserve">    String childName = "李四";</w:t>
        <w:br/>
        <w:t xml:space="preserve">    String password = "6hqnXCjJ46rujnMC";</w:t>
        <w:br/>
        <w:t xml:space="preserve">    String roleId = "1310";</w:t>
        <w:br/>
        <w:t xml:space="preserve">    String organizationId = "2679";</w:t>
        <w:br/>
        <w:t xml:space="preserve">    String telephone = "12300000000";</w:t>
        <w:br/>
        <w:t xml:space="preserve">    String description = "负责测试组人员的技能和业务培训，提升团队的测试能力";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br/>
        <w:t xml:space="preserve">    Map&lt;String, Object&gt; jsonMap = new HashMap&lt;&gt;();</w:t>
        <w:br/>
        <w:t xml:space="preserve">    jsonMap.put("childEmail", childEmail);</w:t>
        <w:br/>
        <w:t xml:space="preserve">    jsonMap.put("childName", childName);</w:t>
        <w:br/>
        <w:t xml:space="preserve">    jsonMap.put("password", password);</w:t>
        <w:br/>
        <w:t xml:space="preserve">    jsonMap.put("roleId", roleId);</w:t>
        <w:br/>
        <w:t xml:space="preserve">    jsonMap.put("organizationId", organizationId);</w:t>
        <w:br/>
        <w:t xml:space="preserve">    jsonMap.put("telephone", telephone);</w:t>
        <w:br/>
        <w:t xml:space="preserve">    jsonMap.put("description", description);</w:t>
        <w:br/>
        <w:br/>
        <w:t xml:space="preserve">    requestMap.put("sign", LiveSignUtil.getSign(requestMap, appSecret));</w:t>
        <w:br/>
        <w:br/>
        <w:t xml:space="preserve">    url = HttpUtil.appendUrl(url, requestMap);</w:t>
        <w:br/>
        <w:t xml:space="preserve">    String response = HttpUtil.postJsonBody(url, JSON.toJSONString(jsonMap), null);</w:t>
        <w:br/>
        <w:br/>
        <w:t xml:space="preserve">    log.info("测试新增子账号成功：{}",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"78de516b69364aeabe7d080e7228cc5c.83.16704899516650761",</w:t>
        <w:br/>
        <w:t xml:space="preserve">    "data": {</w:t>
        <w:br/>
        <w:t xml:space="preserve">        "childUserId": "895522b7862a",</w:t>
        <w:br/>
        <w:t xml:space="preserve">        "childName": "李四",</w:t>
        <w:br/>
        <w:t xml:space="preserve">        "childEmail": "lisi@qq.com",</w:t>
        <w:br/>
        <w:t xml:space="preserve">        "description": "负责测试组人员的技能和业务培训，提升团队的测试能力",</w:t>
        <w:br/>
        <w:t xml:space="preserve">        "telephone": "17600001234",</w:t>
        <w:br/>
        <w:t xml:space="preserve">        "status": "NORMAL",</w:t>
        <w:br/>
        <w:t xml:space="preserve">        "organizationId": 12300000000,</w:t>
        <w:br/>
        <w:t xml:space="preserve">        "organizationName": "测试部门",</w:t>
        <w:br/>
        <w:t xml:space="preserve">        "roleId": 1310,</w:t>
        <w:br/>
        <w:t xml:space="preserve">        "roleName": "直播测试员",</w:t>
        <w:br/>
        <w:t xml:space="preserve">        "createdTime": 1670489951730</w:t>
        <w:br/>
        <w:t xml:space="preserve">    },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新增子账号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