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查询用户账单使用明细数据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1、查询用户账单使用明细数据</w:t>
        <w:br/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http://api.polyv.net/live/v4/channel/use-detail/list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itemCategory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计费项，必填;duration：直播分钟数；concurrence：直播并发；mic_duration：连麦分钟数；ppt_anim：PPT动效转码；guide_duration：导播台；ppt_composite ：重制课件；distribute：云分发；aiPPTVideoEnabled：智能制课（不含数字人）；aiPPTVideoWithDigital：智能制课（含数字人）；aiAssistantEnabled：AI 助手答疑；aiSmartClipEnabled：智能裁剪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开始日期，必填，格式：yyyy-MM-dd，不允许跨月查询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结束日期，必填，格式：yyyy-MM-dd，不允许跨月查询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频道号，非必填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http://api.polyv.net/live/v4/channel/use-detail/list?pageNumber=1&amp;endDate=2023-08-04&amp;itemCategory=duration&amp;appId=frlr1zazn3&amp;sign=EAD6F8790A2AD758C4D15FD81216E074&amp;pageSize=10&amp;startDate=2023-08-04&amp;timestamp=1691131787072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分页数据集合【详见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consumeUnit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consumed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使用用量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计费项，duration：直播分钟数；concurrence：直播并发；mic_duration：连麦分钟数； ppt_anim：PPT动效转码；guide_duration：导播台；ppt_composite：重制课件；distribute：云分发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项目明细，如：国内观看时长、1v1~6 连麦等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产品，如：live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remark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场次号，无场次数据时为空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avgBitRate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平均码率，单位：kbps，无码率数据时为空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出账日期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查询用户账单使用明细数据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useDetailListTest()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"http://api.polyv.net/live/v4/channel/use-detail/list";</w:t>
        <w:br/>
        <w:t xml:space="preserve">    String startDate = "2023-08-04";</w:t>
        <w:br/>
        <w:t xml:space="preserve">    String endDate = "2023-08-04";</w:t>
        <w:br/>
        <w:t xml:space="preserve">    String itemCategory = "duration";</w:t>
        <w:br/>
        <w:t xml:space="preserve">    String pageNumber = "1";</w:t>
        <w:br/>
        <w:t xml:space="preserve">    String pageSize = "10";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requestMap.put("endDate", endDate);</w:t>
        <w:br/>
        <w:t xml:space="preserve">    requestMap.put("itemCategory", itemCategory);</w:t>
        <w:br/>
        <w:t xml:space="preserve">    requestMap.put("startDate", startDate);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log.info("测试查询用户账单使用明细数据成功：{}",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"f2d3faf76c90440b80b91a21a36df545.67.16911317891895057",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"statDate": "2023-08-04",</w:t>
        <w:br/>
        <w:t xml:space="preserve">                "production": "直播",</w:t>
        <w:br/>
        <w:t xml:space="preserve">                "itemCategory": "直播分钟数",</w:t>
        <w:br/>
        <w:t xml:space="preserve">                "itemName": "国内观看时长",</w:t>
        <w:br/>
        <w:t xml:space="preserve">                "channelId": 3346714,</w:t>
        <w:br/>
        <w:t xml:space="preserve">                "recordId": "test-001234",</w:t>
        <w:br/>
        <w:t xml:space="preserve">                "consumed": 1,</w:t>
        <w:br/>
        <w:t xml:space="preserve">                "consumeUnit": "分钟",</w:t>
        <w:br/>
        <w:t xml:space="preserve">                "startTime": "2023-08-04 13:03:01",</w:t>
        <w:br/>
        <w:t xml:space="preserve">                "endTime": "2023-08-04 14:48:36",</w:t>
        <w:br/>
        <w:t xml:space="preserve">                "remark": "测试-001234",</w:t>
        <w:br/>
        <w:t xml:space="preserve">                "sessionId": "20230804130301999999",</w:t>
        <w:br/>
        <w:t xml:space="preserve">                "avgBitRate": "1200"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查询用户账单使用明细数据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