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批量删除音频审核词</w:t>
      </w:r>
    </w:p>
    <w:p>
      <w:pPr>
        <w:pStyle w:val="Heading2"/>
      </w:pPr>
      <w:r>
        <w:t>接口描述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1、批量删除账号的音频审核词库词条（敏感词或严禁词），词库为账号级配置，账号下所有频道共用同一份词库</w:t>
        <w:br/>
        <w:t>2、管理后台和开放API读写同一份词库，任一入口保存成功后，另一入口查询到相同结果</w:t>
        <w:br/>
        <w:t>3、已开通直播音频消音的账号保存词库时，系统将敏感词和严禁词的合集同步到腾讯消音词库，同步成功后删除的词最迟在10分钟内对直播消音生效</w:t>
        <w:br/>
        <w:t>4、接口支持https协议</w:t>
      </w:r>
    </w:p>
    <w:p>
      <w:pPr>
        <w:pStyle w:val="Heading2"/>
      </w:pPr>
      <w:r>
        <w:t>接口URL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http://api.polyv.net/live/v4/user/audio-moderation/word/delete</w:t>
      </w:r>
    </w:p>
    <w:p>
      <w:pPr>
        <w:pStyle w:val="Heading2"/>
      </w:pPr>
      <w:r>
        <w:t>请求方式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POST</w:t>
      </w:r>
    </w:p>
    <w:p>
      <w:pPr>
        <w:pStyle w:val="Heading2"/>
      </w:pPr>
      <w:r>
        <w:t>接口约束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1、接口同时支持HTTP 、HTTPS ，建议使用HTTPS 确保接口安全，接口调用有频率限制，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详细请查看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2、需开通音频审核功能，未开通时返回错误码 </w:t>
      </w:r>
      <w:r>
        <w:rPr>
          <w:rFonts w:ascii="Menlo" w:hAnsi="Menlo"/>
          <w:color w:val="444444"/>
          <w:sz w:val="20"/>
        </w:rPr>
        <w:t>1041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；接口根据签名中的 </w:t>
      </w:r>
      <w:r>
        <w:rPr>
          <w:rFonts w:ascii="Menlo" w:hAnsi="Menlo"/>
          <w:color w:val="444444"/>
          <w:sz w:val="20"/>
        </w:rPr>
        <w:t>appId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确定目标账号，不接收用户ID或频道号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3、单次批量提交最多2000个词，请求中存在不合规内容时整批请求失败，原词库保持不变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4、批量删除不存在的词按成功处理并计入 </w:t>
      </w:r>
      <w:r>
        <w:rPr>
          <w:rFonts w:ascii="Menlo" w:hAnsi="Menlo"/>
          <w:color w:val="444444"/>
          <w:sz w:val="20"/>
        </w:rPr>
        <w:t>notFoundCount</w:t>
      </w:r>
      <w:r>
        <w:rPr>
          <w:rFonts w:ascii="Source Han Sans SC" w:hAnsi="Source Han Sans SC" w:eastAsia="Source Han Sans SC" w:cs="Source Han Sans SC" w:hint="eastAsia"/>
          <w:sz w:val="21"/>
        </w:rPr>
        <w:t>，相同参数重复请求不会误删其他词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5、请设置请求头contentType:application/json，JSON请求体参数不参与签名，签名仅使用URL参数</w:t>
      </w:r>
    </w:p>
    <w:p>
      <w:pPr>
        <w:pStyle w:val="Heading2"/>
      </w:pPr>
      <w:r>
        <w:t>请求参数描述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appId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账号appId【详见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获取密钥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timestamp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当前13位毫秒级时间戳，3分钟内有效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sign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签名，为32位大写的MD5值,生成签名的appSecret密钥作为通信数据安全的关键信息，严禁保存在客户端直接使用，所有API都必须通过客户自己服务器中转调用POLYV服务器获取响应数据【详见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签名生成规则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请求体参数描述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wordType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词条类型keyword：从敏感词删除badword：从严禁词删除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words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需要删除的词，最多2000个</w:t>
            </w:r>
          </w:p>
        </w:tc>
      </w:tr>
    </w:tbl>
    <w:p>
      <w:pPr>
        <w:spacing w:after="40"/>
      </w:pPr>
    </w:p>
    <w:p>
      <w:pPr>
        <w:pStyle w:val="Heading2"/>
      </w:pPr>
      <w:r>
        <w:t>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http://api.polyv.net/live/v4/user/audio-moderation/word/delete?appId=frlr1zazn3&amp;sign=49428741C1D7BEE8BE1EE545F066ECC7&amp;timestamp=1677167340447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请求体json参数：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"wordType": "badword",</w:t>
        <w:br/>
        <w:t xml:space="preserve">    "words": [</w:t>
        <w:br/>
        <w:t xml:space="preserve">        "示例严禁词一",</w:t>
        <w:br/>
        <w:t xml:space="preserve">        "示例严禁词二"</w:t>
        <w:br/>
        <w:t xml:space="preserve">    ]</w:t>
        <w:br/>
        <w:t>}</w:t>
      </w:r>
    </w:p>
    <w:p>
      <w:pPr>
        <w:pStyle w:val="Heading2"/>
      </w:pPr>
      <w:r>
        <w:t>响应参数描述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状态码，与 http 状态码相同，用于确定基本的响应状态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status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响应结果，由业务决定，成功返回success，失败返回error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success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是否成功响应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请求ID，每次请求生成的唯一的 UUID，仅可用于排查、调试，不应该和业务挂上钩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error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状态码非200时的错误信息【详见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Error参数描述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data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成功响应的数据【详见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data参数描述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Error参数描述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错误代码，用于确定具体的错误原因，如1041表示账号未开通音频审核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错误描述，与 error.code 对应</w:t>
            </w:r>
          </w:p>
        </w:tc>
      </w:tr>
    </w:tbl>
    <w:p>
      <w:pPr>
        <w:spacing w:after="40"/>
      </w:pPr>
    </w:p>
    <w:p>
      <w:pPr>
        <w:pStyle w:val="Heading2"/>
      </w:pPr>
      <w:r>
        <w:t>data参数描述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wordType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本次操作的词条类型keyword：敏感词badword：严禁词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requestedCount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请求去重后的词条数量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deletedCount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实际删除数量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notFoundCount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原本不存在的数量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totalCount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操作后当前分类的词条总数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muteEffectiveWithinMinutes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已开通直播音频消音时返回最迟生效分钟数（10），未开通消音时不返回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词条明细【详见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words参数描述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words参数描述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词条内容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词条id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existed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操作时词库中是否已存在该词</w:t>
            </w:r>
          </w:p>
        </w:tc>
      </w:tr>
    </w:tbl>
    <w:p>
      <w:pPr>
        <w:spacing w:after="40"/>
      </w:pPr>
    </w:p>
    <w:p>
      <w:pPr>
        <w:pStyle w:val="Heading2"/>
      </w:pPr>
      <w:r>
        <w:t>Java请求示例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快速接入基础代码请下载相关依赖源码， 点击下载源代码  ,下载后加入到自己的源码工程中即可。测试用例中的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HttpUtil.java 和 LiveSignUtil.java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都包含在下载文件中。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强烈建议您使用</w:t>
      </w:r>
      <w:r>
        <w:rPr>
          <w:rFonts w:ascii="Source Han Sans SC" w:hAnsi="Source Han Sans SC" w:eastAsia="Source Han Sans SC" w:cs="Source Han Sans SC" w:hint="eastAsia"/>
          <w:color w:val="2563EB"/>
          <w:sz w:val="20"/>
          <w:u w:val="single"/>
        </w:rPr>
        <w:t>直播Java SDK</w:t>
      </w:r>
      <w:r>
        <w:rPr>
          <w:rFonts w:ascii="Source Han Sans SC" w:hAnsi="Source Han Sans SC" w:eastAsia="Source Han Sans SC" w:cs="Source Han Sans SC" w:hint="eastAsia"/>
          <w:sz w:val="20"/>
        </w:rPr>
        <w:t>完成API的功能对接，直播Java SDK 对API调用逻辑、异常处理、数据签名、HTTP请求线程池进行了统一封装和优化。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private static final Logger log = LoggerFactory.getLogger(getClass());</w:t>
        <w:br/>
        <w:t>/**</w:t>
        <w:br/>
        <w:t>* 批量删除音频审核词</w:t>
        <w:br/>
        <w:t>* @throws IOException</w:t>
        <w:br/>
        <w:t>* @throws NoSuchAlgorithmException</w:t>
        <w:br/>
        <w:t>*/</w:t>
        <w:br/>
        <w:t>@Test</w:t>
        <w:br/>
        <w:t>public void testAudioModerationWordDelete() throws IOException, NoSuchAlgorithmException {</w:t>
        <w:br/>
        <w:t xml:space="preserve">    //公共参数,填写自己的实际参数</w:t>
        <w:br/>
        <w:t xml:space="preserve">    String appId = super.appId;</w:t>
        <w:br/>
        <w:t xml:space="preserve">    String appSecret = super.appSecret;</w:t>
        <w:br/>
        <w:t xml:space="preserve">    String timestamp = String.valueOf(System.currentTimeMillis());</w:t>
        <w:br/>
        <w:br/>
        <w:t xml:space="preserve">    //业务参数</w:t>
        <w:br/>
        <w:t xml:space="preserve">    String url = "http://api.polyv.net/live/v4/user/audio-moderation/word/delete";</w:t>
        <w:br/>
        <w:t xml:space="preserve">    String wordType = "badword";</w:t>
        <w:br/>
        <w:t xml:space="preserve">    List&lt;String&gt; words = Arrays.asList("示例严禁词一", "示例严禁词二");</w:t>
        <w:br/>
        <w:br/>
        <w:t xml:space="preserve">    //http 调用逻辑</w:t>
        <w:br/>
        <w:t xml:space="preserve">    Map&lt;String, String&gt; requestMap = new HashMap&lt;&gt;();</w:t>
        <w:br/>
        <w:t xml:space="preserve">    requestMap.put("appId", appId);</w:t>
        <w:br/>
        <w:t xml:space="preserve">    requestMap.put("timestamp", timestamp);</w:t>
        <w:br/>
        <w:br/>
        <w:t xml:space="preserve">    Map&lt;String, Object&gt; jsonMap = new HashMap&lt;&gt;();</w:t>
        <w:br/>
        <w:t xml:space="preserve">    jsonMap.put("wordType", wordType);</w:t>
        <w:br/>
        <w:t xml:space="preserve">    jsonMap.put("words", words);</w:t>
        <w:br/>
        <w:br/>
        <w:t xml:space="preserve">    requestMap.put("sign", LiveSignUtil.getSign(requestMap, appSecret));</w:t>
        <w:br/>
        <w:br/>
        <w:t xml:space="preserve">    url = HttpUtil.appendUrl(url, requestMap);</w:t>
        <w:br/>
        <w:t xml:space="preserve">    String response = HttpUtil.postJsonBody(url, JSON.toJSONString(jsonMap), null);</w:t>
        <w:br/>
        <w:br/>
        <w:t xml:space="preserve">    log.info("测试批量删除音频审核词，返回值：{}", response);</w:t>
        <w:br/>
        <w:t xml:space="preserve">    //do somethings</w:t>
        <w:br/>
        <w:br/>
        <w:t>}</w:t>
      </w:r>
    </w:p>
    <w:p>
      <w:pPr>
        <w:pStyle w:val="Heading2"/>
      </w:pPr>
      <w:r>
        <w:t>响应示例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系统全局错误说明详见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全局错误说明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成功示例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200,</w:t>
        <w:br/>
        <w:t xml:space="preserve">    "status": "success",</w:t>
        <w:br/>
        <w:t xml:space="preserve">    "requestId": "414afeb28f1c4f0ca17e1c3c1e39d247.71.16771673423081591",</w:t>
        <w:br/>
        <w:t xml:space="preserve">    "data": {</w:t>
        <w:br/>
        <w:t xml:space="preserve">        "wordType": "badword",</w:t>
        <w:br/>
        <w:t xml:space="preserve">        "requestedCount": 2,</w:t>
        <w:br/>
        <w:t xml:space="preserve">        "deletedCount": 1,</w:t>
        <w:br/>
        <w:t xml:space="preserve">        "notFoundCount": 1,</w:t>
        <w:br/>
        <w:t xml:space="preserve">        "totalCount": 180,</w:t>
        <w:br/>
        <w:t xml:space="preserve">        "muteEffectiveWithinMinutes": 10,</w:t>
        <w:br/>
        <w:t xml:space="preserve">        "words": [</w:t>
        <w:br/>
        <w:t xml:space="preserve">            {</w:t>
        <w:br/>
        <w:t xml:space="preserve">                "word": "示例严禁词一",</w:t>
        <w:br/>
        <w:t xml:space="preserve">                "id": 10001,</w:t>
        <w:br/>
        <w:t xml:space="preserve">                "existed": true</w:t>
        <w:br/>
        <w:t xml:space="preserve">            },</w:t>
        <w:br/>
        <w:t xml:space="preserve">            {</w:t>
        <w:br/>
        <w:t xml:space="preserve">                "word": "示例严禁词二",</w:t>
        <w:br/>
        <w:t xml:space="preserve">                "id": 10002,</w:t>
        <w:br/>
        <w:t xml:space="preserve">                "existed": false</w:t>
        <w:br/>
        <w:t xml:space="preserve">            }</w:t>
        <w:br/>
        <w:t xml:space="preserve">        ]</w:t>
        <w:br/>
        <w:t xml:space="preserve">    },</w:t>
        <w:br/>
        <w:t xml:space="preserve">    "success": true</w:t>
        <w:br/>
        <w:t>}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异常示例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400,</w:t>
        <w:br/>
        <w:t xml:space="preserve">    "status": "error",</w:t>
        <w:br/>
        <w:t xml:space="preserve">    "requestId": "d310b70bc329403f87f77f9203d50f89.128.16360831552223589",</w:t>
        <w:br/>
        <w:t xml:space="preserve">    "error": {</w:t>
        <w:br/>
        <w:t xml:space="preserve">        "code": 1041,</w:t>
        <w:br/>
        <w:t xml:space="preserve">        "desc": "audio moderation is not enabled."</w:t>
        <w:br/>
        <w:t xml:space="preserve">    },</w:t>
        <w:br/>
        <w:t xml:space="preserve">    "success": false</w:t>
        <w:br/>
        <w:t>}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批量删除音频审核词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