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批量新增音频审核词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1、批量新增账号的音频审核词库词条（敏感词或严禁词），词库为账号级配置，账号下所有频道共用同一份词库</w:t>
        <w:br/>
        <w:t>2、管理后台和开放API读写同一份词库，任一入口保存成功后，另一入口查询到相同结果</w:t>
        <w:br/>
        <w:t>3、已开通直播音频消音的账号保存词库时，系统将敏感词和严禁词的合集同步到腾讯消音词库，同步成功后新增的词最迟在10分钟内对直播消音生效</w:t>
        <w:br/>
        <w:t>4、接口支持https协议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http://api.polyv.net/live/v4/user/audio-moderation/word/add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POST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2、需开通音频审核功能，未开通时返回错误码 </w:t>
      </w:r>
      <w:r>
        <w:rPr>
          <w:rFonts w:ascii="Menlo" w:hAnsi="Menlo"/>
          <w:color w:val="444444"/>
          <w:sz w:val="20"/>
        </w:rPr>
        <w:t>1041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；接口根据签名中的 </w:t>
      </w:r>
      <w:r>
        <w:rPr>
          <w:rFonts w:ascii="Menlo" w:hAnsi="Menlo"/>
          <w:color w:val="444444"/>
          <w:sz w:val="20"/>
        </w:rPr>
        <w:t>appId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确定目标账号，不接收用户ID或频道号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3、词条限制：每个账号最多保存5000个敏感词和5000个严禁词；单个词不超过20个汉字；单次批量提交最多2000个词。新增后超过5000个、或请求中存在空词、超长词等不合规内容时，整批请求失败，原词库保持不变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4、系统保存词条前去除前后空格，判断重复词时忽略英文字母大小写，同一请求内的重复词按一个词处理；重复新增已存在的词按成功处理并计入 </w:t>
      </w:r>
      <w:r>
        <w:rPr>
          <w:rFonts w:ascii="Menlo" w:hAnsi="Menlo"/>
          <w:color w:val="444444"/>
          <w:sz w:val="20"/>
        </w:rPr>
        <w:t>existedCount</w:t>
      </w:r>
      <w:r>
        <w:rPr>
          <w:rFonts w:ascii="Source Han Sans SC" w:hAnsi="Source Han Sans SC" w:eastAsia="Source Han Sans SC" w:cs="Source Han Sans SC" w:hint="eastAsia"/>
          <w:sz w:val="21"/>
        </w:rPr>
        <w:t>，相同参数重复请求不会产生重复词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5、请设置请求头contentType:application/json，JSON请求体参数不参与签名，签名仅使用URL参数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请求体参数描述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词条类型keyword：新增到敏感词badword：新增到严禁词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words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需要新增的词，最多2000个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http://api.polyv.net/live/v4/user/audio-moderation/word/add?appId=frlr1zazn3&amp;sign=49428741C1D7BEE8BE1EE545F066ECC7&amp;timestamp=1677167340447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请求体json参数：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"wordType": "keyword",</w:t>
        <w:br/>
        <w:t xml:space="preserve">    "words": [</w:t>
        <w:br/>
        <w:t xml:space="preserve">        "示例敏感词一",</w:t>
        <w:br/>
        <w:t xml:space="preserve">        "示例敏感词二"</w:t>
        <w:br/>
        <w:t xml:space="preserve">    ]</w:t>
        <w:br/>
        <w:t>}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成功响应的数据【详见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data参数描述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错误代码，用于确定具体的错误原因，如1041表示账号未开通音频审核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data参数描述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wordType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本次操作的词条类型keyword：敏感词badword：严禁词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requestedCount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请求去重后的词条数量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addedCount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实际新增数量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existedCount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已存在并跳过的数量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totalCount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操作后当前分类的词条总数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muteEffectiveWithinMinutes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已开通直播音频消音时返回最迟生效分钟数（10），未开通消音时不返回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词条明细【详见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words参数描述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words参数描述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word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词条内容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词条id，已存在的词返回词库原词条id，新插入的词返回新id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existed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操作时词库中是否已存在该词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>* 批量新增音频审核词</w:t>
        <w:br/>
        <w:t>* @throws IOException</w:t>
        <w:br/>
        <w:t>* @throws NoSuchAlgorithmException</w:t>
        <w:br/>
        <w:t>*/</w:t>
        <w:br/>
        <w:t>@Test</w:t>
        <w:br/>
        <w:t>public void testAudioModerationWordAdd()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"http://api.polyv.net/live/v4/user/audio-moderation/word/add";</w:t>
        <w:br/>
        <w:t xml:space="preserve">    String wordType = "keyword";</w:t>
        <w:br/>
        <w:t xml:space="preserve">    List&lt;String&gt; words = Arrays.asList("示例敏感词一", "示例敏感词二");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br/>
        <w:t xml:space="preserve">    Map&lt;String, Object&gt; jsonMap = new HashMap&lt;&gt;();</w:t>
        <w:br/>
        <w:t xml:space="preserve">    jsonMap.put("wordType", wordType);</w:t>
        <w:br/>
        <w:t xml:space="preserve">    jsonMap.put("words", words);</w:t>
        <w:br/>
        <w:br/>
        <w:t xml:space="preserve">    requestMap.put("sign", LiveSignUtil.getSign(requestMap, appSecret));</w:t>
        <w:br/>
        <w:br/>
        <w:t xml:space="preserve">    url = HttpUtil.appendUrl(url, requestMap);</w:t>
        <w:br/>
        <w:t xml:space="preserve">    String response = HttpUtil.postJsonBody(url, JSON.toJSONString(jsonMap), null);</w:t>
        <w:br/>
        <w:br/>
        <w:t xml:space="preserve">    log.info("测试批量新增音频审核词，返回值：{}",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"414afeb28f1c4f0ca17e1c3c1e39d247.71.16771673423081591",</w:t>
        <w:br/>
        <w:t xml:space="preserve">    "data": {</w:t>
        <w:br/>
        <w:t xml:space="preserve">        "wordType": "keyword",</w:t>
        <w:br/>
        <w:t xml:space="preserve">        "requestedCount": 2,</w:t>
        <w:br/>
        <w:t xml:space="preserve">        "addedCount": 1,</w:t>
        <w:br/>
        <w:t xml:space="preserve">        "existedCount": 1,</w:t>
        <w:br/>
        <w:t xml:space="preserve">        "totalCount": 320,</w:t>
        <w:br/>
        <w:t xml:space="preserve">        "muteEffectiveWithinMinutes": 10,</w:t>
        <w:br/>
        <w:t xml:space="preserve">        "words": [</w:t>
        <w:br/>
        <w:t xml:space="preserve">            {</w:t>
        <w:br/>
        <w:t xml:space="preserve">                "word": "示例敏感词一",</w:t>
        <w:br/>
        <w:t xml:space="preserve">                "id": 10001,</w:t>
        <w:br/>
        <w:t xml:space="preserve">                "existed": false</w:t>
        <w:br/>
        <w:t xml:space="preserve">            },</w:t>
        <w:br/>
        <w:t xml:space="preserve">            {</w:t>
        <w:br/>
        <w:t xml:space="preserve">                "word": "示例敏感词二",</w:t>
        <w:br/>
        <w:t xml:space="preserve">                "id": 10002,</w:t>
        <w:br/>
        <w:t xml:space="preserve">                "existed": true</w:t>
        <w:br/>
        <w:t xml:space="preserve">            }</w:t>
        <w:br/>
        <w:t xml:space="preserve">        ]</w:t>
        <w:br/>
        <w:t xml:space="preserve">    },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"d310b70bc329403f87f77f9203d50f89.128.16360831552223589",</w:t>
        <w:br/>
        <w:t xml:space="preserve">    "error": {</w:t>
        <w:br/>
        <w:t xml:space="preserve">        "code": 1041,</w:t>
        <w:br/>
        <w:t xml:space="preserve">        "desc": "audio moderation is not enabled."</w:t>
        <w:br/>
        <w:t xml:space="preserve">    },</w:t>
        <w:br/>
        <w:t xml:space="preserve">  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批量新增音频审核词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