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查询直播场次汇总数据列表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1、&lt;p&gt;查询直播场次汇总数据列表&lt;/p&gt;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http://api.polyv.net/live/v4/statistics/session-stats/summary/list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场次名称或场次ID (模糊匹配)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 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 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http://api.polyv.net/live/v4/statistics/session-stats/summary/list?pageNumber=1&amp;appId=frlr1zazn3&amp;sign=76AEC105CAD0C5091FCECCF14FC6DA74&amp;pageSize=10&amp;channelId=1965681&amp;timestamp=1699580616354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attendanceActual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实际到场人数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attendanceExpected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报名人数/白名单人数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attendanceType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到场数量类型 0无数据 1报名观看 2白名单观看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平均观看时长,分钟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maxConcurrencyCount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最高并发数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回放播放时长,分钟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开播时长，秒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直播总观看时长,分钟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回放人数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查询直播场次汇总数据列表</w:t>
        <w:br/>
        <w:t>* @throws IOException</w:t>
        <w:br/>
        <w:t>* @throws NoSuchAlgorithmException</w:t>
        <w:br/>
        <w:t>*/</w:t>
        <w:br/>
        <w:t>@Test</w:t>
        <w:br/>
        <w:t>public void summaryListTest()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br/>
        <w:t xml:space="preserve">    //业务参数</w:t>
        <w:br/>
        <w:t xml:space="preserve">    String url="http://api.polyv.net/live/v4/statistics/session-stats/summary/list";</w:t>
        <w:br/>
        <w:t xml:space="preserve">    String channelId="1965681";</w:t>
        <w:br/>
        <w:t xml:space="preserve">    String endTime="";</w:t>
        <w:br/>
        <w:t xml:space="preserve">    String pageNumber="1";</w:t>
        <w:br/>
        <w:t xml:space="preserve">    String pageSize="10";</w:t>
        <w:br/>
        <w:t xml:space="preserve">    String startTime="";</w:t>
        <w:br/>
        <w:br/>
        <w:t xml:space="preserve">    //http 调用逻辑</w:t>
        <w:br/>
        <w:t xml:space="preserve">    Map&lt;String, String&gt; requestMap=new HashMap&lt;&gt;();</w:t>
        <w:br/>
        <w:t xml:space="preserve">    requestMap.put("appId",appId);</w:t>
        <w:br/>
        <w:t xml:space="preserve">    requestMap.put("timestamp",timestamp);</w:t>
        <w:br/>
        <w:t xml:space="preserve">    requestMap.put("channelId",channelId);</w:t>
        <w:br/>
        <w:t>//        requestMap.put("endTime", endTime);</w:t>
        <w:br/>
        <w:t xml:space="preserve">    requestMap.put("pageNumber",pageNumber);</w:t>
        <w:br/>
        <w:t xml:space="preserve">    requestMap.put("pageSize",pageSize);</w:t>
        <w:br/>
        <w:t>//        requestMap.put("startTime", startTime);</w:t>
        <w:br/>
        <w:br/>
        <w:t xml:space="preserve">    requestMap.put("sign",LiveSignUtil.getSign(requestMap,appSecret));</w:t>
        <w:br/>
        <w:br/>
        <w:t xml:space="preserve">    String response=HttpUtil.get(url,requestMap);</w:t>
        <w:br/>
        <w:br/>
        <w:t xml:space="preserve">    log.info("测试查询直播场次汇总数据列表成功：{}",response);</w:t>
        <w:br/>
        <w:t xml:space="preserve">    //do somethings</w:t>
        <w:br/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"3a05f8f5f6984232808d9e099f9ee938.3338.16995806199894399",</w:t>
        <w:br/>
        <w:t xml:space="preserve">    "data": {</w:t>
        <w:br/>
        <w:t xml:space="preserve">        "pageNumber": 1,</w:t>
        <w:br/>
        <w:t xml:space="preserve">        "pageSize": 1,</w:t>
        <w:br/>
        <w:t xml:space="preserve">        "totalPages": 9,</w:t>
        <w:br/>
        <w:t xml:space="preserve">        "totalItems": 9,</w:t>
        <w:br/>
        <w:t xml:space="preserve">        "contents": [</w:t>
        <w:br/>
        <w:t xml:space="preserve">            {</w:t>
        <w:br/>
        <w:t xml:space="preserve">                "channelId": 1965681,</w:t>
        <w:br/>
        <w:t xml:space="preserve">                "sessionId": "ggxjxhcvg9",</w:t>
        <w:br/>
        <w:t xml:space="preserve">                "name": "直播测试-页面信息设置",</w:t>
        <w:br/>
        <w:t xml:space="preserve">                "startTime": 1672726467000,</w:t>
        <w:br/>
        <w:t xml:space="preserve">                "endTime": 1686810675000,</w:t>
        <w:br/>
        <w:t xml:space="preserve">                "playDuration": 0,</w:t>
        <w:br/>
        <w:t xml:space="preserve">                "playCount": 0,</w:t>
        <w:br/>
        <w:t xml:space="preserve">                "viewerCount": 0,</w:t>
        <w:br/>
        <w:t xml:space="preserve">                "maxConcurrencyCount": 0,</w:t>
        <w:br/>
        <w:t xml:space="preserve">                "startDuration": 14084208,</w:t>
        <w:br/>
        <w:t xml:space="preserve">                "uniqueViewer": 0,</w:t>
        <w:br/>
        <w:t xml:space="preserve">                "videoView": 0,</w:t>
        <w:br/>
        <w:t xml:space="preserve">                "pcUniqueViewer": 0,</w:t>
        <w:br/>
        <w:t xml:space="preserve">                "mobileUniqueViewer": 0,</w:t>
        <w:br/>
        <w:t xml:space="preserve">                "totalPlayDuration": 0,</w:t>
        <w:br/>
        <w:t xml:space="preserve">                "averagePlayDuration": 0,</w:t>
        <w:br/>
        <w:t xml:space="preserve">                "attendanceType": 0,</w:t>
        <w:br/>
        <w:t xml:space="preserve">                "attendanceExpected": 0,</w:t>
        <w:br/>
        <w:t xml:space="preserve">                "attendanceActual": 0,</w:t>
        <w:br/>
        <w:t xml:space="preserve">                "userId": "1b448be323"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查询直播场次汇总数据列表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