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批量创建机器人虚拟昵称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1、批量创建机器人虚拟昵称</w:t>
        <w:br/>
        <w:t>2、（timestamp, appId）参与sign签名，并和sign一起通过url传递，请求体参数不参与签名，通过post请求体传递【请设置请求头contentType:application/json】</w:t>
        <w:br/>
        <w:t>3、接口支持https协议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http://api.polyv.net/live/v4/global/robot/save-batch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在线API调用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POST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2、一次性创建的机器人信息数量不能超过200个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3、昵称支持重复设置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账号appId【详见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获取密钥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</w:tbl>
    <w:p>
      <w:pPr>
        <w:spacing w:after="40"/>
      </w:pPr>
    </w:p>
    <w:p>
      <w:pPr>
        <w:pStyle w:val="Heading2"/>
      </w:pPr>
      <w:r>
        <w:t>请求体参数描述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name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虚拟昵称，必填，不支持emoji表情，不超过20个字符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avatar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机器人头像，不传或者传空，则设置默认头像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http://api.polyv.net/live/v4/global/robot/save-batch?appId=frlr1zazn3&amp;sign=FAA7C22E73FA521B4CA48BB543252059&amp;timestamp=1679023736161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请求体参数：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[</w:t>
        <w:br/>
        <w:t xml:space="preserve">    {</w:t>
        <w:br/>
        <w:t xml:space="preserve">        "name": "虚拟昵称1",</w:t>
        <w:br/>
        <w:t xml:space="preserve">        "avatar": "https://liveimages.videocc.net/uploaded/images/2023/03/gj5fk2a06r.png"</w:t>
        <w:br/>
        <w:t xml:space="preserve">    },</w:t>
        <w:br/>
        <w:t xml:space="preserve">    {</w:t>
        <w:br/>
        <w:t xml:space="preserve">        "name": "虚拟昵称2"</w:t>
        <w:br/>
        <w:t xml:space="preserve">    }</w:t>
        <w:br/>
        <w:t>]</w:t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状态码，与 http 状态码相同，用于确定基本的响应状态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成功响应的数据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error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状态码非200时的错误信息【详见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Error参数描述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requestId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请求ID，每次请求生成的唯一的 UUID，仅可用于排查、调试，不应该和业务挂上钩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响应结果，由业务决定，成功返回success，失败返回error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success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是否成功响应</w:t>
            </w:r>
          </w:p>
        </w:tc>
      </w:tr>
    </w:tbl>
    <w:p>
      <w:pPr>
        <w:spacing w:after="40"/>
      </w:pPr>
    </w:p>
    <w:p>
      <w:pPr>
        <w:pStyle w:val="Heading2"/>
      </w:pPr>
      <w:r>
        <w:t>Error参数描述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错误代码，用于确定具体的错误原因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desc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错误描述，与 error.code 对应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LiveSignUtil.java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直播Java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完成API的功能对接，直播Java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private static final Logger log = LoggerFactory.getLogger(getClass());</w:t>
        <w:br/>
        <w:t>/**</w:t>
        <w:br/>
        <w:t>* 批量创建机器人虚拟昵称</w:t>
        <w:br/>
        <w:t>* @throws IOException</w:t>
        <w:br/>
        <w:t>* @throws NoSuchAlgorithmException</w:t>
        <w:br/>
        <w:t>*/</w:t>
        <w:br/>
        <w:t>@Test</w:t>
        <w:br/>
        <w:t>public void robotSaveBatchTest() throws IOException, NoSuchAlgorithmException {</w:t>
        <w:br/>
        <w:t xml:space="preserve">    //公共参数,填写自己的实际参数</w:t>
        <w:br/>
        <w:t xml:space="preserve">    String appId = super.appId;</w:t>
        <w:br/>
        <w:t xml:space="preserve">    String appSecret = super.appSecret;</w:t>
        <w:br/>
        <w:t xml:space="preserve">    String timestamp = String.valueOf(System.currentTimeMillis());</w:t>
        <w:br/>
        <w:br/>
        <w:t xml:space="preserve">    //业务参数</w:t>
        <w:br/>
        <w:t xml:space="preserve">    String url = "http://api.polyv.net/live/v4/global/robot/save-batch";</w:t>
        <w:br/>
        <w:br/>
        <w:t xml:space="preserve">    //http 调用逻辑</w:t>
        <w:br/>
        <w:t xml:space="preserve">    Map&lt;String, String&gt; requestMap = new HashMap&lt;&gt;();</w:t>
        <w:br/>
        <w:t xml:space="preserve">    requestMap.put("appId", appId);</w:t>
        <w:br/>
        <w:t xml:space="preserve">    requestMap.put("timestamp", timestamp);</w:t>
        <w:br/>
        <w:br/>
        <w:t xml:space="preserve">    requestMap.put("sign", LiveSignUtil.getSign(requestMap, appSecret));</w:t>
        <w:br/>
        <w:br/>
        <w:t xml:space="preserve">    url = HttpUtil.appendUrl(url, requestMap);</w:t>
        <w:br/>
        <w:br/>
        <w:t xml:space="preserve">    List&lt;Object&gt; jsonList = new ArrayList&lt;&gt;();</w:t>
        <w:br/>
        <w:t xml:space="preserve">    Map&lt;String, String&gt; jsonMap = new HashMap&lt;&gt;();</w:t>
        <w:br/>
        <w:t xml:space="preserve">    jsonMap.put("name","虚拟昵称1");</w:t>
        <w:br/>
        <w:t xml:space="preserve">    jsonMap.put("avatar","https://liveimages.videocc.net/uploaded/images/2023/03/gj5fk2a06r.png");</w:t>
        <w:br/>
        <w:t xml:space="preserve">    jsonList.add(jsonMap);</w:t>
        <w:br/>
        <w:t xml:space="preserve">    jsonMap = new HashMap&lt;&gt;();</w:t>
        <w:br/>
        <w:t xml:space="preserve">    jsonMap.put("name","虚拟昵称2");</w:t>
        <w:br/>
        <w:t xml:space="preserve">    jsonList.add(jsonMap);</w:t>
        <w:br/>
        <w:br/>
        <w:t xml:space="preserve">    String response = HttpUtil.postJsonBody(url, JSON.toJSONString(jsonList),null);</w:t>
        <w:br/>
        <w:br/>
        <w:t xml:space="preserve">    log.info("测试批量创建机器人虚拟昵称成功：{}", response);</w:t>
        <w:br/>
        <w:t xml:space="preserve">    //do somethings</w:t>
        <w:br/>
        <w:br/>
        <w:t>}</w:t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200,</w:t>
        <w:br/>
        <w:t xml:space="preserve">    "status": "success",</w:t>
        <w:br/>
        <w:t xml:space="preserve">    "requestId": "99d7e672d04d42698d9c95fb70e7c9ab.66.16790237605309137",</w:t>
        <w:br/>
        <w:t xml:space="preserve">    "data": null,</w:t>
        <w:br/>
        <w:t xml:space="preserve">    "success": true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"requestId": "d310b70bc329403f87f77f9203d50f89.128.16360831552223589",</w:t>
        <w:br/>
        <w:t xml:space="preserve">    "error": {</w:t>
        <w:br/>
        <w:t xml:space="preserve">        "code": 20001,</w:t>
        <w:br/>
        <w:t xml:space="preserve">        "desc": "application not found."</w:t>
        <w:br/>
        <w:t xml:space="preserve">    },</w:t>
        <w:br/>
        <w:t xml:space="preserve">    "success": false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批量创建机器人虚拟昵称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