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分页查询机器人虚拟昵称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1、分页查询机器人虚拟昵称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http://api.polyv.net/live/v4/global/robot/list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当前页数，第几页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http://api.polyv.net/live/v4/global/robot/list?pageNumber=1&amp;appId=frlr1zazn3&amp;sign=88A76BAB1B1F0701745954DF4D2ED256&amp;pageSize=10&amp;timestamp=1679021522304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分页数据集合【详见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当前页数，第几页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</w:tbl>
    <w:p>
      <w:pPr>
        <w:spacing w:after="40"/>
      </w:pPr>
    </w:p>
    <w:p>
      <w:pPr>
        <w:pStyle w:val="Heading2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机器人信息id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机器人信息头像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机器人信息修改时间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机器人信息昵称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>* 分页查询机器人虚拟昵称</w:t>
        <w:br/>
        <w:t>* @throws IOException</w:t>
        <w:br/>
        <w:t>* @throws NoSuchAlgorithmException</w:t>
        <w:br/>
        <w:t>*/</w:t>
        <w:br/>
        <w:t>@Test</w:t>
        <w:br/>
        <w:t>public void robotListTest()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"http://api.polyv.net/live/v4/global/robot/list";</w:t>
        <w:br/>
        <w:t xml:space="preserve">    String pageNumber = "";</w:t>
        <w:br/>
        <w:t xml:space="preserve">    String pageSize = "";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requestMap.put("pageNumber", pageNumber);</w:t>
        <w:br/>
        <w:t xml:space="preserve">    requestMap.put("pageSize", pageSize);</w:t>
        <w:br/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br/>
        <w:t xml:space="preserve">    log.info("测试分页查询机器人虚拟昵称成功：{}",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"99d7e672d04d42698d9c95fb70e7c9ab.68.16790215269634901",</w:t>
        <w:br/>
        <w:t xml:space="preserve">    "data": {</w:t>
        <w:br/>
        <w:t xml:space="preserve">        "pageNumber": 1,</w:t>
        <w:br/>
        <w:t xml:space="preserve">        "pageSize": 10,</w:t>
        <w:br/>
        <w:t xml:space="preserve">        "totalPages": 1,</w:t>
        <w:br/>
        <w:t xml:space="preserve">        "totalItems": 2,</w:t>
        <w:br/>
        <w:t xml:space="preserve">        "contents": [</w:t>
        <w:br/>
        <w:t xml:space="preserve">            {</w:t>
        <w:br/>
        <w:t xml:space="preserve">                "id": 127402,</w:t>
        <w:br/>
        <w:t xml:space="preserve">                "name": "令狐冲",</w:t>
        <w:br/>
        <w:t xml:space="preserve">                "avatar": "https://liveimages.videocc.net/defaultImg/avatar/viewer.png",</w:t>
        <w:br/>
        <w:t xml:space="preserve">                "lastModified": 1619676728000</w:t>
        <w:br/>
        <w:t xml:space="preserve">            },</w:t>
        <w:br/>
        <w:t xml:space="preserve">            {</w:t>
        <w:br/>
        <w:t xml:space="preserve">                "id": 814647,</w:t>
        <w:br/>
        <w:t xml:space="preserve">                "name": "啊啊啊啊啊啊啊啊啊啊啊啊啊啊啊啊啊啊啊1",</w:t>
        <w:br/>
        <w:t xml:space="preserve">                "avatar": "https://liveimages.videocc.net/defaultImg/avatar/viewer.png",</w:t>
        <w:br/>
        <w:t xml:space="preserve">                "lastModified": 1677225679000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分页查询机器人虚拟昵称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