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修改优惠券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1、修改优惠券</w:t>
        <w:br/>
        <w:t>2、接口支持https协议</w:t>
        <w:br/>
        <w:t>状态为已结束、已失效的优惠券无法修改，进行中的部分字段可以修改，未开始的可以修改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https://api.polyv.net/live/v4/user/coupon/update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couponId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优惠券ID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优惠券名称，最多50个字符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领券开始时间，13位毫秒时间戳；状态进行中无法修改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领券结束时间，13位毫秒时间戳；状态进行中只能延长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useTimeType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用券时间类型，RANGE-时间范围，DAY-天数；状态进行中只能延长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useTimeType为RANGE的参数：用券开始时间，13位毫秒时间戳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useTimeType为RANGE的参数：用券结束时间，13位毫秒时间戳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dayOfUse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Integter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useTimeType为DAY的参数：领取后多少天内可用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优惠券类型: MAX_OUT-满减券、DISCOUNT-折扣券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availableAmount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Integter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发放数量，大于等于0；状态进行中只能增加数值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rule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UserCouponRule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优惠券规则【详情见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UserCouponRule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】；状态进行中无法修改</w:t>
            </w:r>
          </w:p>
        </w:tc>
      </w:tr>
    </w:tbl>
    <w:p>
      <w:pPr>
        <w:spacing w:after="40"/>
      </w:pPr>
    </w:p>
    <w:p>
      <w:pPr>
        <w:pStyle w:val="Heading3"/>
      </w:pPr>
      <w:r>
        <w:t>UserCouponRule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condition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优惠券使用条件 (UNCONDITIONAL-无门槛、FULL_REDUCE-满减)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unconditional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Unconditional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无门槛：unconditional和fullReduce，二选一必填，【详情见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Unconditional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fullReduce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FullReduce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满减：unconditional和fullReduce，二选一必填，【详情见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FullReduce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limitPerPerson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每人限领数量: -1-不限制</w:t>
            </w:r>
          </w:p>
        </w:tc>
      </w:tr>
    </w:tbl>
    <w:p>
      <w:pPr>
        <w:spacing w:after="40"/>
      </w:pPr>
    </w:p>
    <w:p>
      <w:pPr>
        <w:pStyle w:val="Heading3"/>
      </w:pPr>
      <w:r>
        <w:t>Unconditional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是否可用: true-开，false-关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double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数值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单位: MONEY-元、DISCOUNT-折</w:t>
            </w:r>
          </w:p>
        </w:tc>
      </w:tr>
    </w:tbl>
    <w:p>
      <w:pPr>
        <w:spacing w:after="40"/>
      </w:pPr>
    </w:p>
    <w:p>
      <w:pPr>
        <w:pStyle w:val="Heading3"/>
      </w:pPr>
      <w:r>
        <w:t>FullReduce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是否可用: true-开，false-关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double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满多少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reduce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double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减多少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单位: MONEY-元、DISCOUNT-折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https://api.polyv.net/live/v4/user/coupon/update?appId=frlr1zazn3&amp;sign=012332FBD8DBCFC068AFCB484A2ADECB&amp;timestamp=1670550787318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"couponId":"caqfi6rqutunvofor5jrqbinswh14p2g",</w:t>
        <w:br/>
        <w:t xml:space="preserve">    "availableAmount": 999,</w:t>
        <w:br/>
        <w:t xml:space="preserve">    "dayOfUse": 30,</w:t>
        <w:br/>
        <w:t xml:space="preserve">    "description": "买一送一",</w:t>
        <w:br/>
        <w:t xml:space="preserve">    "name": "优惠券2号",</w:t>
        <w:br/>
        <w:t xml:space="preserve">    "receiveEndTime": 1756102918736,</w:t>
        <w:br/>
        <w:t xml:space="preserve">    "receiveStartTime": 1748326918736,</w:t>
        <w:br/>
        <w:t xml:space="preserve">    "rule": {</w:t>
        <w:br/>
        <w:t xml:space="preserve">        "condition": "UNCONDITIONAL",</w:t>
        <w:br/>
        <w:t xml:space="preserve">        "limitPerPerson": -1,</w:t>
        <w:br/>
        <w:t xml:space="preserve">        "unconditional": {</w:t>
        <w:br/>
        <w:t xml:space="preserve">            "enable": true,</w:t>
        <w:br/>
        <w:t xml:space="preserve">            "unit": "MONEY",</w:t>
        <w:br/>
        <w:t xml:space="preserve">            "value": 1.0</w:t>
        <w:br/>
        <w:t xml:space="preserve">        }</w:t>
        <w:br/>
        <w:t xml:space="preserve">    },</w:t>
        <w:br/>
        <w:t xml:space="preserve">    "type": "MAX_OUT",</w:t>
        <w:br/>
        <w:t xml:space="preserve">    "useEndTime": 1756102918737,</w:t>
        <w:br/>
        <w:t xml:space="preserve">    "useStartTime": 1748326918737,</w:t>
        <w:br/>
        <w:t xml:space="preserve">    "useTimeType": "RANGE"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标签数据 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修改优惠券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updateCouponTest()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"https://api.polyv.net/live/v4/user/coupon/update";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Map&lt;String, Object&gt; jsonMap = new HashMap&lt;&gt;();</w:t>
        <w:br/>
        <w:t xml:space="preserve">    jsonMap.put("couponId", "caqfi6rqutunvofor5jrqbinswh14p2g");</w:t>
        <w:br/>
        <w:t xml:space="preserve">    jsonMap.put("name", "优惠券2号");</w:t>
        <w:br/>
        <w:t xml:space="preserve">    jsonMap.put("useTimeType", "RANGE");</w:t>
        <w:br/>
        <w:t xml:space="preserve">    jsonMap.put("dayOfUse", 30");</w:t>
        <w:br/>
        <w:t xml:space="preserve">    jsonMap.put("receiveStartTime", 1756102918736L);</w:t>
        <w:br/>
        <w:t xml:space="preserve">    jsonMap.put("receiveStartTime", 1748326918736L);</w:t>
        <w:br/>
        <w:t xml:space="preserve">    jsonMap.put("useStartTime", 1748326918737L);</w:t>
        <w:br/>
        <w:t xml:space="preserve">    jsonMap.put("useEndTime", 1756102918737L);</w:t>
        <w:br/>
        <w:t xml:space="preserve">    Map&lt;String, Object&gt; rule = new HashMap&lt;&gt;();</w:t>
        <w:br/>
        <w:t xml:space="preserve">    rule.put("condition", "UNCONDITIONAL");</w:t>
        <w:br/>
        <w:t xml:space="preserve">    rule.put("limitPerPerson", -1);</w:t>
        <w:br/>
        <w:t xml:space="preserve">    Map&lt;String, Object&gt; unconditional = new HashMap&lt;&gt;();</w:t>
        <w:br/>
        <w:t xml:space="preserve">    unconditional.put("enable", true);</w:t>
        <w:br/>
        <w:t xml:space="preserve">    unconditional.put("unit", "MONEY");</w:t>
        <w:br/>
        <w:t xml:space="preserve">    unconditional.put("value", 1.0);</w:t>
        <w:br/>
        <w:t xml:space="preserve">    rule.put("unconditional", unconditional);</w:t>
        <w:br/>
        <w:t xml:space="preserve">    jsonMap.put("rule", rule);</w:t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HttpUtil.postJsonBody(url, JSON.toJSONString(jsonMap), null);</w:t>
        <w:br/>
        <w:br/>
        <w:t xml:space="preserve">    log.info("测试新建优惠券结果：{}",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"78de516b69364aeabe7d080e7228cc5c.77.16705507903976231",</w:t>
        <w:br/>
        <w:t xml:space="preserve">    "success": true,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修改优惠券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