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查询优惠券领取列表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1、查询优惠券领取列表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https://api.polyv.net/live/v4/user/coupon/search-viewer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搜索关键字，精准匹配观众ID、模糊匹配观众昵称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领取渠道: CHANNEL-频道，AGGREGATE_PAGE-聚合页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https://api.polyv.net/live/v4/user/coupon/search-viewer?appId=frlr1zazn3&amp;sign=012332FBD8DBCFC068AFCB484A2ADECB&amp;timestamp=1670550787318&amp;pageNumber=1&amp;pageSize=10&amp;couponId=caqfi6rqutunvofor5jrqbinswh14p2g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领取渠道: CHANNEL-频道，AGGREGATE_PAGE-聚合页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查询优惠券领取列表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listCouponTest()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"https://api.polyv.net/live/v4/user/coupon/search-viewer";</w:t>
        <w:br/>
        <w:t xml:space="preserve">    Integer pageNumber = 1;</w:t>
        <w:br/>
        <w:t xml:space="preserve">    Integer pageSize = 10;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null);</w:t>
        <w:br/>
        <w:br/>
        <w:t xml:space="preserve">    log.info("测试查询优惠券领取列表结果：{}",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"avatar": "https://thirdwx.qlogo.cn/mmopen/vi_32/PiajxSqBRaELlKKV0RvTkVhIjE0eyEKFQaq4gf4AhSCabAtRGTRQicldH2QsCaRO1ia4eyENTyy5lTAvMT860tAwCqmQMlmV7shxC6XzXY0enoSHlTNSxp7lQ/132",</w:t>
        <w:br/>
        <w:t xml:space="preserve">                "mobile": "18726253553",</w:t>
        <w:br/>
        <w:t xml:space="preserve">                "nickname": "深圳观众/31877",</w:t>
        <w:br/>
        <w:t xml:space="preserve">                "receiveSource": "CHANNEL",</w:t>
        <w:br/>
        <w:t xml:space="preserve">                "receiveTime": 1746783281000,</w:t>
        <w:br/>
        <w:t xml:space="preserve">                "viewerId": "0_257yiy7m54enkijsu6p6vacmfg8qkiya"</w:t>
        <w:br/>
        <w:t xml:space="preserve">            },</w:t>
        <w:br/>
        <w:t xml:space="preserve">            {</w:t>
        <w:br/>
        <w:t xml:space="preserve">                "avatar": "https://thirdwx.qlogo.cn/mmopen/vi_32/PiajxSqBRaELlKKV0RvTkVhIjE0eyEKFQaq4gf4AhSCabAtRGTRQicldH2QsCaRO1ia4eyENTyy5lTAvMT860tAwCqmQMlmV7shxC6XzXY0enoSHlTNSxp7lQ/132",</w:t>
        <w:br/>
        <w:t xml:space="preserve">                "mobile": "18726253553",</w:t>
        <w:br/>
        <w:t xml:space="preserve">                "nickname": "深圳观众/31877",</w:t>
        <w:br/>
        <w:t xml:space="preserve">                "receiveSource": "CHANNEL",</w:t>
        <w:br/>
        <w:t xml:space="preserve">                "receiveTime": 1746783276000,</w:t>
        <w:br/>
        <w:t xml:space="preserve">                "viewerId": "0_257yiy7m54enkijsu6p6vacmfg8qkiya"</w:t>
        <w:br/>
        <w:t xml:space="preserve">            },</w:t>
        <w:br/>
        <w:t xml:space="preserve">            {</w:t>
        <w:br/>
        <w:t xml:space="preserve">                "avatar": "https://thirdwx.qlogo.cn/mmopen/vi_32/PiajxSqBRaELlKKV0RvTkVhIjE0eyEKFQaq4gf4AhSCabAtRGTRQicldH2QsCaRO1ia4eyENTyy5lTAvMT860tAwCqmQMlmV7shxC6XzXY0enoSHlTNSxp7lQ/132",</w:t>
        <w:br/>
        <w:t xml:space="preserve">                "mobile": "18726253553",</w:t>
        <w:br/>
        <w:t xml:space="preserve">                "nickname": "深圳观众/31877",</w:t>
        <w:br/>
        <w:t xml:space="preserve">                "receiveSource": "CHANNEL",</w:t>
        <w:br/>
        <w:t xml:space="preserve">                "receiveTime": 1746783249000,</w:t>
        <w:br/>
        <w:t xml:space="preserve">                "viewerId": "0_257yiy7m54enkijsu6p6vacmfg8qkiya"</w:t>
        <w:br/>
        <w:t xml:space="preserve">            },</w:t>
        <w:br/>
        <w:t xml:space="preserve">            {</w:t>
        <w:br/>
        <w:t xml:space="preserve">                "avatar": "https://thirdwx.qlogo.cn/mmopen/vi_32/PiajxSqBRaELlKKV0RvTkVhIjE0eyEKFQaq4gf4AhSCabAtRGTRQicldH2QsCaRO1ia4eyENTyy5lTAvMT860tAwCqmQMlmV7shxC6XzXY0enoSHlTNSxp7lQ/132",</w:t>
        <w:br/>
        <w:t xml:space="preserve">                "mobile": "18726253553",</w:t>
        <w:br/>
        <w:t xml:space="preserve">                "nickname": "深圳观众/31877",</w:t>
        <w:br/>
        <w:t xml:space="preserve">                "receiveSource": "CHANNEL",</w:t>
        <w:br/>
        <w:t xml:space="preserve">                "receiveTime": 1746783245000,</w:t>
        <w:br/>
        <w:t xml:space="preserve">                "viewerId": "0_257yiy7m54enkijsu6p6vacmfg8qkiya"</w:t>
        <w:br/>
        <w:t xml:space="preserve">            },</w:t>
        <w:br/>
        <w:t xml:space="preserve">            {</w:t>
        <w:br/>
        <w:t xml:space="preserve">                "avatar": "https://thirdwx.qlogo.cn/mmopen/vi_32/PiajxSqBRaELlKKV0RvTkVhIjE0eyEKFQaq4gf4AhSCabAtRGTRQicldH2QsCaRO1ia4eyENTyy5lTAvMT860tAwCqmQMlmV7shxC6XzXY0enoSHlTNSxp7lQ/132",</w:t>
        <w:br/>
        <w:t xml:space="preserve">                "mobile": "18726253553",</w:t>
        <w:br/>
        <w:t xml:space="preserve">                "nickname": "深圳观众/31877",</w:t>
        <w:br/>
        <w:t xml:space="preserve">                "receiveSource": "CHANNEL",</w:t>
        <w:br/>
        <w:t xml:space="preserve">                "receiveTime": 1746783186000,</w:t>
        <w:br/>
        <w:t xml:space="preserve">                "viewerId": "0_257yiy7m54enkijsu6p6vacmfg8qkiya"</w:t>
        <w:br/>
        <w:t xml:space="preserve">            },</w:t>
        <w:br/>
        <w:t xml:space="preserve">            {</w:t>
        <w:br/>
        <w:t xml:space="preserve">                "avatar": "https://thirdwx.qlogo.cn/mmopen/vi_32/PiajxSqBRaELlKKV0RvTkVhIjE0eyEKFQaq4gf4AhSCabAtRGTRQicldH2QsCaRO1ia4eyENTyy5lTAvMT860tAwCqmQMlmV7shxC6XzXY0enoSHlTNSxp7lQ/132",</w:t>
        <w:br/>
        <w:t xml:space="preserve">                "mobile": "18726253553",</w:t>
        <w:br/>
        <w:t xml:space="preserve">                "nickname": "深圳观众/31877",</w:t>
        <w:br/>
        <w:t xml:space="preserve">                "receiveSource": "CHANNEL",</w:t>
        <w:br/>
        <w:t xml:space="preserve">                "receiveTime": 1746783185000,</w:t>
        <w:br/>
        <w:t xml:space="preserve">                "viewerId": "0_257yiy7m54enkijsu6p6vacmfg8qkiya"</w:t>
        <w:br/>
        <w:t xml:space="preserve">            }</w:t>
        <w:br/>
        <w:t xml:space="preserve">        ],</w:t>
        <w:br/>
        <w:t xml:space="preserve">        "pageNumber": 1,</w:t>
        <w:br/>
        <w:t xml:space="preserve">        "pageSize": 10,</w:t>
        <w:br/>
        <w:t xml:space="preserve">        "totalItems": 6,</w:t>
        <w:br/>
        <w:t xml:space="preserve">        "totalPages": 1</w:t>
        <w:br/>
        <w:t xml:space="preserve">    },</w:t>
        <w:br/>
        <w:t xml:space="preserve">    "requestId": "bbcbf92c-e5ca-487a-adc3-eb184f1b3b6c",</w:t>
        <w:br/>
        <w:t xml:space="preserve">    "status": "success",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查询优惠券领取列表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