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查询优惠券列表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1、查询优惠券列表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https://api.polyv.net/live/v4/user/coupon/search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每页显示的数据条数，默认每页显示10条数据，最大值不能超过1000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couponId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优惠券名称\|模糊匹配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状态: NOT_START-未开始、GOING-进行中、FINISHED-已结束、INVALID-已失效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https://api.polyv.net/live/v4/user/coupon/search?appId=frlr1zazn3&amp;sign=012332FBD8DBCFC068AFCB484A2ADECB&amp;timestamp=1670550787318&amp;pageNumber=1&amp;pageSize=10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标签数据 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couponId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领券开始时间，13位毫秒时间戳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领券结束时间，13位毫秒时间戳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useTimeType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用券时间类型，RANGE-时间范围，DAY-天数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useTimeType为RANGE的参数：用券开始时间，13位毫秒时间戳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useTimeType为RANGE的参数：用券结束时间，13位毫秒时间戳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dayOfUse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Integter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useTimeType为DAY的参数：领取后多少天内可用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availableAmount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Integter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发放数量，大于等于0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rule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UserCouponRule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优惠券规则【详情见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UserCouponRule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UserCouponRule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优惠券使用条件 (UNCONDITIONAL-无门槛、FULL_REDUCE-满减)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unconditional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Unconditional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无门槛：unconditional和fullReduce，【详情见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Unconditional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fullReduce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FullReduce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满减：unconditional和fullReduce，【详情见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FullReduce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limitPerPerson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每人限领数量: -1-不限制</w:t>
            </w:r>
          </w:p>
        </w:tc>
      </w:tr>
    </w:tbl>
    <w:p>
      <w:pPr>
        <w:spacing w:after="40"/>
      </w:pPr>
    </w:p>
    <w:p>
      <w:pPr>
        <w:pStyle w:val="Heading3"/>
      </w:pPr>
      <w:r>
        <w:t>Unconditional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是否可用: true-开，false-关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单位: MONEY-元、DISCOUNT-折</w:t>
            </w:r>
          </w:p>
        </w:tc>
      </w:tr>
    </w:tbl>
    <w:p>
      <w:pPr>
        <w:spacing w:after="40"/>
      </w:pPr>
    </w:p>
    <w:p>
      <w:pPr>
        <w:pStyle w:val="Heading3"/>
      </w:pPr>
      <w:r>
        <w:t>FullReduce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是否可用: true-开，false-关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满多少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reduce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减多少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单位: MONEY-元、DISCOUNT-折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查询优惠券列表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listCouponTest()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"https://api.polyv.net/live/v4/user/coupon/search";</w:t>
        <w:br/>
        <w:t xml:space="preserve">    Integer pageNumber = 1;</w:t>
        <w:br/>
        <w:t xml:space="preserve">    Integer pageSize = 10;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requestMap.put("pageNumber", pageNumber);</w:t>
        <w:br/>
        <w:t xml:space="preserve">    requestMap.put("pageSize", pageSize);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HttpUtil.get(url, null);</w:t>
        <w:br/>
        <w:br/>
        <w:t xml:space="preserve">    log.info("测试查询主播列表结果：{}",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"data": {</w:t>
        <w:br/>
        <w:t xml:space="preserve">        "contents": [</w:t>
        <w:br/>
        <w:t xml:space="preserve">            {</w:t>
        <w:br/>
        <w:t xml:space="preserve">                "availableAmount": 999,</w:t>
        <w:br/>
        <w:t xml:space="preserve">                "couponId": "caqfi6rqutunvofor5jrqbinswh14p2g",</w:t>
        <w:br/>
        <w:t xml:space="preserve">                "dayOfUse": 30,</w:t>
        <w:br/>
        <w:t xml:space="preserve">                "name": "优惠券2号",</w:t>
        <w:br/>
        <w:t xml:space="preserve">                "receiveEndTime": 1756102919000,</w:t>
        <w:br/>
        <w:t xml:space="preserve">                "receiveStartTime": 1748326919000,</w:t>
        <w:br/>
        <w:t xml:space="preserve">                "receivedAmount": 0,</w:t>
        <w:br/>
        <w:t xml:space="preserve">                "rule": {</w:t>
        <w:br/>
        <w:t xml:space="preserve">                    "condition": "UNCONDITIONAL",</w:t>
        <w:br/>
        <w:t xml:space="preserve">                    "limitPerPerson": -1,</w:t>
        <w:br/>
        <w:t xml:space="preserve">                    "unconditional": {</w:t>
        <w:br/>
        <w:t xml:space="preserve">                        "enable": true,</w:t>
        <w:br/>
        <w:t xml:space="preserve">                        "unit": "MONEY",</w:t>
        <w:br/>
        <w:t xml:space="preserve">                        "value": 1.0</w:t>
        <w:br/>
        <w:t xml:space="preserve">                    }</w:t>
        <w:br/>
        <w:t xml:space="preserve">                },</w:t>
        <w:br/>
        <w:t xml:space="preserve">                "status": "GOING",</w:t>
        <w:br/>
        <w:t xml:space="preserve">                "useEndTime": 1756102919000,</w:t>
        <w:br/>
        <w:t xml:space="preserve">                "useStartTime": 1748326919000,</w:t>
        <w:br/>
        <w:t xml:space="preserve">                "useTimeType": "RANGE"</w:t>
        <w:br/>
        <w:t xml:space="preserve">            }</w:t>
        <w:br/>
        <w:t xml:space="preserve">        ],</w:t>
        <w:br/>
        <w:t xml:space="preserve">        "pageNumber": 1,</w:t>
        <w:br/>
        <w:t xml:space="preserve">        "pageSize": 10,</w:t>
        <w:br/>
        <w:t xml:space="preserve">        "totalItems": 1,</w:t>
        <w:br/>
        <w:t xml:space="preserve">        "totalPages": 1</w:t>
        <w:br/>
        <w:t xml:space="preserve">    },</w:t>
        <w:br/>
        <w:t xml:space="preserve">    "requestId": "d7567a16-86f0-4a7c-a8bd-6f140a2a46f4",</w:t>
        <w:br/>
        <w:t xml:space="preserve">    "status": "success",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查询优惠券列表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