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1、删除优惠券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优惠券ID集合，最多200个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https://api.polyv.net/live/v4/user/coupon/delete-batch?appId=frlr1zazn3&amp;sign=012332FBD8DBCFC068AFCB484A2ADECB&amp;timestamp=1670550787318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"couponIds":["caqfi6rqutunvofor5jrqbinswh14p2g"]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新增优惠券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"https://api.polyv.net/live/v4/user/coupon/delete-batch";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jsonMap.put("couponIds", Arrays.asList("caqfi6rqutunvofor5jrqbinswh14p2g"));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log.info("测试新建优惠券结果：{}",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