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查询素材列表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1、查询账号下的素材列表，支持分页，支持按素材类型、分类等条件进行查询。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素材类型 image：图片video：视频audio：音频document：文档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素材标题或频道号，支持模糊查询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创建时间范围查询 - 起始值(13位时间戳)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创建时间范围查询 - 终止值(13位时间戳)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expireSecond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播放地址签名有效期（单位秒），不传默认一天时长。最大设置 30天时长（2592000）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http://api.polyv.net/live/v4/material/list?pageNumber=1&amp;pageSize=10&amp;categoryId=123&amp;type=video&amp;appId=frlr1zazn3&amp;sign=A69559D6EBF130B9C0F60807459FC311&amp;timestamp=1642733791590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素材访问地址（带有效期）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素材类型video：视频image：图片document：文档text：图文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文件大小（字节）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时长（秒），仅视频类型素材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素材来源upload：本地上传record：录制视频pptRecord：课件重制aiVideo：AI视频channelDocument：频道课件productExplain：商品讲解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扩展数据，不同素材类型包含不同的扩展信息firstImg：首图地址screenshotList：视频截图列表subtitleList：字幕列表text：图文内容（仅图文类型）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素材状态normal：正常temp_store：临时存储recycle：回收站wait_audit：待审核auditing：审核中audit_fail：审核失败wait_encode：待转码encoding：转码中encode_fail：转码失败expired：已过期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素材过期时间戳（毫秒）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createUserName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创建用户名称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关联频道ID（仅部分素材有）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创建时间戳（毫秒）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更新时间戳（毫秒）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查询视频素材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"cb237e0e77bc49b59dda283638837d45.79.17479908395732399",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1,</w:t>
        <w:br/>
        <w:t xml:space="preserve">    "contents": [</w:t>
        <w:br/>
        <w:t xml:space="preserve">      {</w:t>
        <w:br/>
        <w:t xml:space="preserve">        "id": "a7fu823e0297829685d04d48e592a164",</w:t>
        <w:br/>
        <w:t xml:space="preserve">        "url": "https://m-tc.videocc.net/polyvlive/02e830941397757912837685700/recordclip-20250516113833-130254-182f0b20_s.mp4?sign=9cd164c11e74d0331a72752b3328413941a3d1b78b9885b01675aa7cb8d98366&amp;t=1748077239",</w:t>
        <w:br/>
        <w:t xml:space="preserve">        "title": "商品讲解-素材库_商品讲解片段",</w:t>
        <w:br/>
        <w:t xml:space="preserve">        "type": "video",</w:t>
        <w:br/>
        <w:t xml:space="preserve">        "fileSize": 3868757,</w:t>
        <w:br/>
        <w:t xml:space="preserve">        "duration": 74,</w:t>
        <w:br/>
        <w:t xml:space="preserve">        "source": "productExplain",</w:t>
        <w:br/>
        <w:t xml:space="preserve">        "extData": {</w:t>
        <w:br/>
        <w:t xml:space="preserve">          "firstImg": "https://videolib-tc.videocc.net/material/2025-05-16/a7fu823e02/video/a7fu823e0297829685d04d48e592a164/a7fu823e0297829685d04d48e592a164_1.jpg",</w:t>
        <w:br/>
        <w:t xml:space="preserve">          "screenshotList": [</w:t>
        <w:br/>
        <w:t xml:space="preserve">            "https://videolib-tc.videocc.net/material/2025-05-16/a7fu823e02/video/a7fu823e0297829685d04d48e592a164/a7fu823e0297829685d04d48e592a164_1.jpg",</w:t>
        <w:br/>
        <w:t xml:space="preserve">            "https://videolib-tc.videocc.net/material/2025-05-16/a7fu823e02/video/a7fu823e0297829685d04d48e592a164/a7fu823e0297829685d04d48e592a164_2.jpg",</w:t>
        <w:br/>
        <w:t xml:space="preserve">            "https://videolib-tc.videocc.net/material/2025-05-16/a7fu823e02/video/a7fu823e0297829685d04d48e592a164/a7fu823e0297829685d04d48e592a164_3.jpg",</w:t>
        <w:br/>
        <w:t xml:space="preserve">            "https://videolib-tc.videocc.net/material/2025-05-16/a7fu823e02/video/a7fu823e0297829685d04d48e592a164/a7fu823e0297829685d04d48e592a164_4.jpg",</w:t>
        <w:br/>
        <w:t xml:space="preserve">            "https://videolib-tc.videocc.net/material/2025-05-16/a7fu823e02/video/a7fu823e0297829685d04d48e592a164/a7fu823e0297829685d04d48e592a164_5.jpg"</w:t>
        <w:br/>
        <w:t xml:space="preserve">          ],</w:t>
        <w:br/>
        <w:t xml:space="preserve">          "fileSize": null,</w:t>
        <w:br/>
        <w:t xml:space="preserve">          "subtitleList": null,</w:t>
        <w:br/>
        <w:t xml:space="preserve">          "recordFile": null,</w:t>
        <w:br/>
        <w:t xml:space="preserve">          "share": {</w:t>
        <w:br/>
        <w:t xml:space="preserve">            "title": "商品讲解-素材库_商品讲解片段",</w:t>
        <w:br/>
        <w:t xml:space="preserve">            "description": "发现了一个精彩视频，快点击看看吧",</w:t>
        <w:br/>
        <w:t xml:space="preserve">            "icon": "https://videolib-tc.videocc.net/material/2025-05-16/a7fu823e02/video/a7fu823e0297829685d04d48e592a164/a7fu823e0297829685d04d48e592a164_1.jpg"</w:t>
        <w:br/>
        <w:t xml:space="preserve">          },</w:t>
        <w:br/>
        <w:t xml:space="preserve">          "text": null</w:t>
        <w:br/>
        <w:t xml:space="preserve">        },</w:t>
        <w:br/>
        <w:t xml:space="preserve">        "categoryId": 1530,</w:t>
        <w:br/>
        <w:t xml:space="preserve">        "status": "normal",</w:t>
        <w:br/>
        <w:t xml:space="preserve">        "expireDate": null,</w:t>
        <w:br/>
        <w:t xml:space="preserve">        "createUserId": "a7fu823e02",</w:t>
        <w:br/>
        <w:t xml:space="preserve">        "createUserName": "系统生成",</w:t>
        <w:br/>
        <w:t xml:space="preserve">        "channelId": 5859892,</w:t>
        <w:br/>
        <w:t xml:space="preserve">        "createTime": 1747366763000,</w:t>
        <w:br/>
        <w:t xml:space="preserve">        "updateTime": 1747366805000,</w:t>
        <w:br/>
        <w:t xml:space="preserve">        "sourceId": null,</w:t>
        <w:br/>
        <w:t xml:space="preserve">        "inChannelPlayback": false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查询图片素材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"cb237e0e77bc49b59dda283638837d45.73.17479910224942443",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1,</w:t>
        <w:br/>
        <w:t xml:space="preserve">    "contents": [</w:t>
        <w:br/>
        <w:t xml:space="preserve">      {</w:t>
        <w:br/>
        <w:t xml:space="preserve">        "id": "a7fu823e02a038048f630942fdacc981",</w:t>
        <w:br/>
        <w:t xml:space="preserve">        "url": "https://liveimages.videocc.net/uploaded/images/a7fu823e02/2025/04/h6axa0tk9i.png",</w:t>
        <w:br/>
        <w:t xml:space="preserve">        "title": "红色 128 128.png",</w:t>
        <w:br/>
        <w:t xml:space="preserve">        "type": "image",</w:t>
        <w:br/>
        <w:t xml:space="preserve">        "fileSize": 21868,</w:t>
        <w:br/>
        <w:t xml:space="preserve">        "duration": 0,</w:t>
        <w:br/>
        <w:t xml:space="preserve">        "source": "upload",</w:t>
        <w:br/>
        <w:t xml:space="preserve">        "extData": {</w:t>
        <w:br/>
        <w:t xml:space="preserve">          "firstImg": null,</w:t>
        <w:br/>
        <w:t xml:space="preserve">          "screenshotList": null,</w:t>
        <w:br/>
        <w:t xml:space="preserve">          "fileSize": null,</w:t>
        <w:br/>
        <w:t xml:space="preserve">          "subtitleList": null,</w:t>
        <w:br/>
        <w:t xml:space="preserve">          "recordFile": null,</w:t>
        <w:br/>
        <w:t xml:space="preserve">          "share": null,</w:t>
        <w:br/>
        <w:t xml:space="preserve">          "text": null,</w:t>
        <w:br/>
        <w:t xml:space="preserve">          "encodeTemplateId": "FHD-2"</w:t>
        <w:br/>
        <w:t xml:space="preserve">        },</w:t>
        <w:br/>
        <w:t xml:space="preserve">        "categoryId": 450,</w:t>
        <w:br/>
        <w:t xml:space="preserve">        "status": "normal",</w:t>
        <w:br/>
        <w:t xml:space="preserve">        "expireDate": null,</w:t>
        <w:br/>
        <w:t xml:space="preserve">        "createUserId": "a7fu823e02",</w:t>
        <w:br/>
        <w:t xml:space="preserve">        "createUserName": "欧佩锶",</w:t>
        <w:br/>
        <w:t xml:space="preserve">        "channelId": 0,</w:t>
        <w:br/>
        <w:t xml:space="preserve">        "createTime": 1744302007000,</w:t>
        <w:br/>
        <w:t xml:space="preserve">        "updateTime": 1744302007000,</w:t>
        <w:br/>
        <w:t xml:space="preserve">        "sourceId": null,</w:t>
        <w:br/>
        <w:t xml:space="preserve">        "inChannelPlayback": false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查询文档素材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"cb237e0e77bc49b59dda283638837d45.73.17479911121192453",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1,</w:t>
        <w:br/>
        <w:t xml:space="preserve">    "contents": [</w:t>
        <w:br/>
        <w:t xml:space="preserve">      {</w:t>
        <w:br/>
        <w:t xml:space="preserve">        "id": "a7fu823e02e492517f80494327b58ad6",</w:t>
        <w:br/>
        <w:t xml:space="preserve">        "url": "https://polyvppt.oss-cn-shenzhen.aliyuncs.com/sources/20250411/a7fu823e02e492517f8043294327b58ad6.pdf",</w:t>
        <w:br/>
        <w:t xml:space="preserve">        "title": "7月体验设计报告.pdf",</w:t>
        <w:br/>
        <w:t xml:space="preserve">        "type": "document",</w:t>
        <w:br/>
        <w:t xml:space="preserve">        "fileSize": 4247512,</w:t>
        <w:br/>
        <w:t xml:space="preserve">        "duration": 0,</w:t>
        <w:br/>
        <w:t xml:space="preserve">        "source": "upload",</w:t>
        <w:br/>
        <w:t xml:space="preserve">        "extData": null,</w:t>
        <w:br/>
        <w:t xml:space="preserve">        "categoryId": 452,</w:t>
        <w:br/>
        <w:t xml:space="preserve">        "status": "normal",</w:t>
        <w:br/>
        <w:t xml:space="preserve">        "expireDate": null,</w:t>
        <w:br/>
        <w:t xml:space="preserve">        "createUserId": "a7fu823e02",</w:t>
        <w:br/>
        <w:t xml:space="preserve">        "createUserName": "欧佩锶",</w:t>
        <w:br/>
        <w:t xml:space="preserve">        "channelId": 0,</w:t>
        <w:br/>
        <w:t xml:space="preserve">        "createTime": 1744301806000,</w:t>
        <w:br/>
        <w:t xml:space="preserve">        "updateTime": 1744301869000,</w:t>
        <w:br/>
        <w:t xml:space="preserve">        "sourceId": null,</w:t>
        <w:br/>
        <w:t xml:space="preserve">        "inChannelPlayback": false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查询图文素材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"cb237e0e77bc49b59dda283638837d45.74.17479913547392435",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1,</w:t>
        <w:br/>
        <w:t xml:space="preserve">    "contents": [</w:t>
        <w:br/>
        <w:t xml:space="preserve">      {</w:t>
        <w:br/>
        <w:t xml:space="preserve">        "id": "a7fu823e022710f7d7d26b4f69aaa6c0",</w:t>
        <w:br/>
        <w:t xml:space="preserve">        "url": "",</w:t>
        <w:br/>
        <w:t xml:space="preserve">        "title": "多图测试图文",</w:t>
        <w:br/>
        <w:t xml:space="preserve">        "type": "text",</w:t>
        <w:br/>
        <w:t xml:space="preserve">        "fileSize": 0,</w:t>
        <w:br/>
        <w:t xml:space="preserve">        "duration": 0,</w:t>
        <w:br/>
        <w:t xml:space="preserve">        "source": "upload",</w:t>
        <w:br/>
        <w:t xml:space="preserve">        "extData": {</w:t>
        <w:br/>
        <w:t xml:space="preserve">          "firstImg": null,</w:t>
        <w:br/>
        <w:t xml:space="preserve">          "screenshotList": null,</w:t>
        <w:br/>
        <w:t xml:space="preserve">          "fileSize": null,</w:t>
        <w:br/>
        <w:t xml:space="preserve">          "subtitleList": null,</w:t>
        <w:br/>
        <w:t xml:space="preserve">          "recordFile": null,</w:t>
        <w:br/>
        <w:t xml:space="preserve">          "share": {</w:t>
        <w:br/>
        <w:t xml:space="preserve">            "title": "多图测试图文",</w:t>
        <w:br/>
        <w:t xml:space="preserve">            "description": "发现了一个精彩内容，快点击看看吧",</w:t>
        <w:br/>
        <w:t xml:space="preserve">            "icon": "https://liveimages.videocc.net/uploaded/images/a7fu823e02/2025/03/h5zardn31m.jpg?plv_mms=1743391043863-350.3742757194408"</w:t>
        <w:br/>
        <w:t xml:space="preserve">          },</w:t>
        <w:br/>
        <w:t xml:space="preserve">          "text": {</w:t>
        <w:br/>
        <w:t xml:space="preserve">            "images": [</w:t>
        <w:br/>
        <w:t xml:space="preserve">              "https://liveimages.videocc.net/uploaded/images/a7fu823e02/2025/03/h5zardn31m.jpg?plv_mms=1743391043863-350.3742757194408",</w:t>
        <w:br/>
        <w:t xml:space="preserve">              "https://liveimages.videocc.net/uploaded/images/a7fu823e02/2025/03/h5zards08q.jpg?plv_mms=1743391043863-602.6920334225199",</w:t>
        <w:br/>
        <w:t xml:space="preserve">              "https://liveimages.videocc.net/uploaded/images/a7fu823e02/2025/01/h3nqvs8jas.jpeg?plv_mms=1743391043863-751.5467422146664",</w:t>
        <w:br/>
        <w:t xml:space="preserve">              "https://liveimages.videocc.net/uploaded/images/a7fu823e02/2025/01/h3nqtk957b.jpeg?plv_mms=1743391043863-420.29323508747865",</w:t>
        <w:br/>
        <w:t xml:space="preserve">              "https://liveimages.videocc.net/uploaded/images/a7fu823e02/2024/12/h30ix9w7qj.jpg?plv_mms=1743391043863-197.84624565239062",</w:t>
        <w:br/>
        <w:t xml:space="preserve">              "https://liveimages.videocc.net/uploaded/images/a7fu823e02/2024/12/h30iwvyu4r.jpg?plv_mms=1743391043863-922.8547464558876",</w:t>
        <w:br/>
        <w:t xml:space="preserve">              "https://liveimages.videocc.net/uploaded/images/a7fu823e02/2024/12/h30iwlmh6j.jpeg?plv_mms=1743391043863-12.867434730769789",</w:t>
        <w:br/>
        <w:t xml:space="preserve">              "https://liveimages.videocc.net/uploaded/images/a7fu823e02/2024/10/h153sh5jk0.jpg?plv_mms=1743391043863-632.0940623335202",</w:t>
        <w:br/>
        <w:t xml:space="preserve">              "https://liveimages.videocc.net/uploaded/images/a7fu823e02/2024/10/h153sh3vyn.jpg?plv_mms=1743391043863-965.7372635000663",</w:t>
        <w:br/>
        <w:t xml:space="preserve">              "https://liveimages.videocc.net/uploaded/images/a7fu823e02/2024/10/h153shiyd5.jpg?plv_mms=1743391043863-314.0656978590886",</w:t>
        <w:br/>
        <w:t xml:space="preserve">              "https://liveimages.videocc.net/uploaded/images/a7fu823e02/2024/10/h153sge9pg.jpg?plv_mms=1743391058642-460.42600062547456",</w:t>
        <w:br/>
        <w:t xml:space="preserve">              "https://liveimages.videocc.net/uploaded/images/a7fu823e02/2024/10/h153sgf9pu.jpg?plv_mms=1743391058642-614.4276765364893",</w:t>
        <w:br/>
        <w:t xml:space="preserve">              "https://liveimages.videocc.net/uploaded/images/a7fu823e02/2024/10/h153sfr5q5.jpg?plv_mms=1743391058642-217.8931084108091",</w:t>
        <w:br/>
        <w:t xml:space="preserve">              "https://liveimages.videocc.net/uploaded/images/a7fu823e02/2025/03/h5zb7a45id.jpg?plv_mms=1743392053424-313.51302601559826",</w:t>
        <w:br/>
        <w:t xml:space="preserve">              "https://liveimages.videocc.net/uploaded/images/a7fu823e02/2025/03/h5zb5w0dsn.png?plv_mms=1743392240749-654.9400646223855"</w:t>
        <w:br/>
        <w:t xml:space="preserve">            ],</w:t>
        <w:br/>
        <w:t xml:space="preserve">            "description": "多图测试图文22222222222222"</w:t>
        <w:br/>
        <w:t xml:space="preserve">          }</w:t>
        <w:br/>
        <w:t xml:space="preserve">        },</w:t>
        <w:br/>
        <w:t xml:space="preserve">        "categoryId": 1037,</w:t>
        <w:br/>
        <w:t xml:space="preserve">        "status": "normal",</w:t>
        <w:br/>
        <w:t xml:space="preserve">        "expireDate": null,</w:t>
        <w:br/>
        <w:t xml:space="preserve">        "createUserId": "a7fu823e02",</w:t>
        <w:br/>
        <w:t xml:space="preserve">        "createUserName": "欧佩锶",</w:t>
        <w:br/>
        <w:t xml:space="preserve">        "channelId": 0,</w:t>
        <w:br/>
        <w:t xml:space="preserve">        "createTime": 1743391137000,</w:t>
        <w:br/>
        <w:t xml:space="preserve">        "updateTime": 1747991341000,</w:t>
        <w:br/>
        <w:t xml:space="preserve">        "sourceId": null,</w:t>
        <w:br/>
        <w:t xml:space="preserve">        "inChannelPlayback": false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查询素材列表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