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查询素材库分类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1、查询账号下的素材库分类列表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http://api.polyv.net/live/v4/material/category/list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materialType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素材类型video：视频image：图片document：文档text：图文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parentId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父分类节点id, 此参数用于查询子分类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http://api.polyv.net/live/v4/material/category/list?materialType=video&amp;appId=frlr1zazn3&amp;sign=A69559D6EBF130B9C0F60807459FC311&amp;timestamp=1642733791590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分类列表内容【详见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分类类型DEFAULT：默认分类CUSTOM：自定义分类PLAYBACK：视频回放AI：AI视频DISK_VIDEO：伪直播视频TEMP_STORE：临时存储PRODUCT_EXPLAIN：商品讲解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子分类数量</w:t>
            </w:r>
          </w:p>
        </w:tc>
      </w:tr>
    </w:tbl>
    <w:p>
      <w:pPr>
        <w:spacing w:after="40"/>
      </w:pP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"cb237e0e77bc49b59dda283638837d45.82.17479826520942187",</w:t>
        <w:br/>
        <w:t xml:space="preserve">  "data": {</w:t>
        <w:br/>
        <w:t xml:space="preserve">    "contents": [</w:t>
        <w:br/>
        <w:t xml:space="preserve">      {</w:t>
        <w:br/>
        <w:t xml:space="preserve">        "id": 454,</w:t>
        <w:br/>
        <w:t xml:space="preserve">        "title": "默认",</w:t>
        <w:br/>
        <w:t xml:space="preserve">        "type": "DEFAULT",</w:t>
        <w:br/>
        <w:t xml:space="preserve">        "subCount": 0</w:t>
        <w:br/>
        <w:t xml:space="preserve">      },</w:t>
        <w:br/>
        <w:t xml:space="preserve">      {</w:t>
        <w:br/>
        <w:t xml:space="preserve">        "id": 455,</w:t>
        <w:br/>
        <w:t xml:space="preserve">        "title": "自定义",</w:t>
        <w:br/>
        <w:t xml:space="preserve">        "type": "CUSTOM",</w:t>
        <w:br/>
        <w:t xml:space="preserve">        "subCount": 1</w:t>
        <w:br/>
        <w:t xml:space="preserve">      },</w:t>
        <w:br/>
        <w:t xml:space="preserve">      {</w:t>
        <w:br/>
        <w:t xml:space="preserve">        "id": 456,</w:t>
        <w:br/>
        <w:t xml:space="preserve">        "title": "视频回放",</w:t>
        <w:br/>
        <w:t xml:space="preserve">        "type": "PLAYBACK",</w:t>
        <w:br/>
        <w:t xml:space="preserve">        "subCount": 0</w:t>
        <w:br/>
        <w:t xml:space="preserve">      },</w:t>
        <w:br/>
        <w:t xml:space="preserve">      {</w:t>
        <w:br/>
        <w:t xml:space="preserve">        "id": 457,</w:t>
        <w:br/>
        <w:t xml:space="preserve">        "title": "AI视频",</w:t>
        <w:br/>
        <w:t xml:space="preserve">        "type": "AI",</w:t>
        <w:br/>
        <w:t xml:space="preserve">        "subCount": 0</w:t>
        <w:br/>
        <w:t xml:space="preserve">      },</w:t>
        <w:br/>
        <w:t xml:space="preserve">      {</w:t>
        <w:br/>
        <w:t xml:space="preserve">        "id": 458,</w:t>
        <w:br/>
        <w:t xml:space="preserve">        "title": "伪直播视频",</w:t>
        <w:br/>
        <w:t xml:space="preserve">        "type": "DISK_VIDEO",</w:t>
        <w:br/>
        <w:t xml:space="preserve">        "subCount": 0</w:t>
        <w:br/>
        <w:t xml:space="preserve">      },</w:t>
        <w:br/>
        <w:t xml:space="preserve">      {</w:t>
        <w:br/>
        <w:t xml:space="preserve">        "id": 459,</w:t>
        <w:br/>
        <w:t xml:space="preserve">        "title": "临时存储",</w:t>
        <w:br/>
        <w:t xml:space="preserve">        "type": "TEMP_STORE",</w:t>
        <w:br/>
        <w:t xml:space="preserve">        "subCount": 0</w:t>
        <w:br/>
        <w:t xml:space="preserve">      },</w:t>
        <w:br/>
        <w:t xml:space="preserve">      {</w:t>
        <w:br/>
        <w:t xml:space="preserve">        "id": 810,</w:t>
        <w:br/>
        <w:t xml:space="preserve">        "title": "测试新建素材库分类",</w:t>
        <w:br/>
        <w:t xml:space="preserve">        "type": "CUSTOM",</w:t>
        <w:br/>
        <w:t xml:space="preserve">        "subCount": 0</w:t>
        <w:br/>
        <w:t xml:space="preserve">      },</w:t>
        <w:br/>
        <w:t xml:space="preserve">      {</w:t>
        <w:br/>
        <w:t xml:space="preserve">        "id": 1530,</w:t>
        <w:br/>
        <w:t xml:space="preserve">        "title": "商品讲解",</w:t>
        <w:br/>
        <w:t xml:space="preserve">        "type": "PRODUCT_EXPLAIN",</w:t>
        <w:br/>
        <w:t xml:space="preserve">        "subCount": 0</w:t>
        <w:br/>
        <w:t xml:space="preserve">      }</w:t>
        <w:br/>
        <w:t xml:space="preserve">    ]</w:t>
        <w:br/>
        <w:t xml:space="preserve">  },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"error": {</w:t>
        <w:br/>
        <w:t xml:space="preserve">    "code": 10003,</w:t>
        <w:br/>
        <w:t xml:space="preserve">    "desc": "时间戳过期"</w:t>
        <w:br/>
        <w:t xml:space="preserve">  },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查询素材库分类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