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分配分帐号资源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1、分配分帐号资源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http://api.polyv.net/live/v4/group/user/package/update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2、集团账号接口计算签名请使用集团主账号的appId、appSecret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3、分账号用量计费套餐跟随集团主账号，分钟数计费只能分配分钟数，并发计费只能分配并发数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集团账号2.0获取密钥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accumulateResource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是否累加资源，可选值有：Y: 在原有资源基础上累加资源N: 不累加资源，直接设置、替换为目标值不传值时，默认为N。留意，有部分资源仅支持替换，不支持累加的处理，详见下面的字段说明。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balance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金额（元），不能小于0，最高精确到两位小数，例如 1.23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直播并发数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minutes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直播可用分钟数（分钟）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linkMicMinutes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直播连麦分钟数（分钟）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guideMinutes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直播导播台分钟数（分钟）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直播可创建频道数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remainFlow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点播流量 (GB)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remainSpace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点播空间 (GB)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连麦人数限制，最多16人留意，该资源不支持累加，即 accumulateResource=Y 参数对该字段无效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aiPptVideoDuration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分配视频创作分钟数,小于0表示回收资源。留意，该资源仅支持累加，即 accumulateResource=N 参数对该字段无效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aiPptVideoWithDigitalHumanDuration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分配视频创作（含数字人）,小于0表示回收资源。留意，该资源仅支持累加，即 accumulateResource=N 参数对该字段无效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http://api.polyv.net/live/v4/group/user/package/update?appId=g8dtv537aq&amp;timestamp=1653485584000&amp;sign=C84658AB04C262A71AA1417168828719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"email": "********@polyv.net",</w:t>
        <w:br/>
        <w:t xml:space="preserve">    "minutes": 500,</w:t>
        <w:br/>
        <w:t xml:space="preserve">    "maxChannels":10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请求成功返回true，请求失败返回空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分配分帐号资源</w:t>
        <w:br/>
        <w:t xml:space="preserve"> */</w:t>
        <w:br/>
        <w:t>@Test</w:t>
        <w:br/>
        <w:t>public void groupUserPackageTest() throws IOException, NoSuchAlgorithmException {</w:t>
        <w:br/>
        <w:t xml:space="preserve">    //公共参数,填写自己的实际参数</w:t>
        <w:br/>
        <w:t xml:space="preserve">    String appId = super.groupAppId;</w:t>
        <w:br/>
        <w:t xml:space="preserve">    String appSecret = super.groupAppSecret;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"http://api.polyv.net/live/v4/group/user/package/update";</w:t>
        <w:br/>
        <w:t xml:space="preserve">    String email = "polyvtest123456@polyv.net";</w:t>
        <w:br/>
        <w:t xml:space="preserve">    String balance = "10";</w:t>
        <w:br/>
        <w:t xml:space="preserve">    String concurrent = "101";</w:t>
        <w:br/>
        <w:t xml:space="preserve">    String remainFlow = "20";</w:t>
        <w:br/>
        <w:t xml:space="preserve">    String remainSpace = "20";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jsonMap.put("email", email);</w:t>
        <w:br/>
        <w:t xml:space="preserve">    jsonMap.put("balance", balance);</w:t>
        <w:br/>
        <w:t xml:space="preserve">    jsonMap.put("concurrent", concurrent);</w:t>
        <w:br/>
        <w:t xml:space="preserve">    jsonMap.put("remainFlow", remainFlow);</w:t>
        <w:br/>
        <w:t xml:space="preserve">    jsonMap.put("remainSpace", remainSpace);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log.info("测试分配分帐号资源成功：{}",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"71c487ed89a94ca0b29e8779ea96f84b.63.16529473248590749",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分配分帐号资源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