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集团账号分账号用量预警回调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1、在集团账号2.0后台配置回调地址, 用于接收分账号的用量预警信息(套餐过期, 资源不足...)</w:t>
      </w:r>
    </w:p>
    <w:p>
      <w:pPr>
        <w:pStyle w:val="Heading2"/>
      </w:pPr>
      <w:r>
        <w:t>配置入口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263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a8cd02c39e31e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26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回调请求方式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 application/json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company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公司名称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天数. noticeType=day的剩余天数类型的预警会有此值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比例 （保留小数2位） noticeType=ratio的资源试用比例类型的预警会有此值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金额, 待支付订单提醒有值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packageName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套餐名, 套餐到期预警会有值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套餐名, 套餐到期预警会有值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traffic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套餐名, 套餐到期预警会有值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noticeCode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noticeCode字段描述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noticeName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noticeCode字段描述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noticeCode字段描述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过期时间, yyyy-MM-dd格式, 套餐到期类型的预警会有值</w:t>
            </w:r>
          </w:p>
        </w:tc>
      </w:tr>
    </w:tbl>
    <w:p>
      <w:pPr>
        <w:spacing w:after="40"/>
      </w:pPr>
    </w:p>
    <w:p>
      <w:pPr>
        <w:pStyle w:val="Heading2"/>
      </w:pPr>
      <w:r>
        <w:t>noticeCode参数描述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noticeCode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noticeName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noticeType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LIVE_PACKAGE_EXPIRED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直播套餐过期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expire（30,7,3,0天）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LIVE_CDN_MINUTES_INSUFFICIENT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直播cdn分钟数不足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ratio（30,20,10,5,0%）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LIVE_CDN_MINUTES_DAY_INSUFFICIENT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直播cdn分钟数天数不足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LIVE_MIC_AVAILABLE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连麦分钟数用量不足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ratio（30,20,10,5,0%）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LIVE_MIC_DAY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连麦分钟数天数不足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LIVE_GUIDE_DAY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导播台分钟数天数不足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VOD_PACKAGE_EXPIRED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点播套餐过期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 （30,7,3,0天）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VOD_PACKAGE_INSUFFICIENT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套餐流量剩余不足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（100,90,80%）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VOD_FLOW_UNABLE_USE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 （0%）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VOD_FLOW_DAY_INSUFFICIENT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VOD_SPACE_INSUFFICIENT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（90,0%）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FINANCE_DAY_INSUFFICIENT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FINANCE_AVAILABLE_INSUFFICIENT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（30,20,10,5,0%）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FINANCE_EXPIRE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 （30,7,3,0天）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RESOURCE_POINT_DAY_INSUFFICIENT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RESOURCE_POINT_AVAILABLE_INSUFFICIENT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（30,20,10,5,0%）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RESOURCE_POINT_EXPIRE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资源点过期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 （30,7,3,0天）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FINANCE_PENDING_ORDER_REMINDER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待支付订单提醒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null（1,7,15天）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FINANCE_CREDIT_AVAILABLE_INSUFFICIENT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授信额度用量不足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（10,0%）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LIVE_CHANNEL_INSUFFICIENT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（50,30,10,0个）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LIVE_FLOW_DAY_INSUFFICIENT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直播流量可用天数不足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 （10,3,1天）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LIVE_FLOW_AVAILABLE_INSUFFICIENT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直播流量剩余不足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 （30,20,10,5,0%）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LIVE_PEAK_CONCURRENCE_INSUFFICIENT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峰值并发用量不足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ratio （0%）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LIVE_PEAK_CONCURRENCE_AVAILABLE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峰值并发用量可用预警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number（0%）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直播套餐过期预警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"company": "xxx有限公司",</w:t>
        <w:br/>
        <w:t xml:space="preserve">  "email": "xxx@qq.com",</w:t>
        <w:br/>
        <w:t xml:space="preserve">  "days": "3",</w:t>
        <w:br/>
        <w:t xml:space="preserve">  "ratio": null,</w:t>
        <w:br/>
        <w:t xml:space="preserve">  "amount": null,</w:t>
        <w:br/>
        <w:t xml:space="preserve">  "packageName": "体验版",</w:t>
        <w:br/>
        <w:t xml:space="preserve">  "minutes": null,</w:t>
        <w:br/>
        <w:t xml:space="preserve">  "traffic": null,</w:t>
        <w:br/>
        <w:t xml:space="preserve">  "time": "2024-12-22",</w:t>
        <w:br/>
        <w:t xml:space="preserve">  "noticeCode": "LIVE_PACKAGE_EXPIRED",</w:t>
        <w:br/>
        <w:t xml:space="preserve">  "noticeType": "expire",</w:t>
        <w:br/>
        <w:t xml:space="preserve">  "noticeName": "直播套餐过期"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直播cdn分钟数天数不足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"company": "xxx有限公司",</w:t>
        <w:br/>
        <w:t xml:space="preserve">  "email": "xxx@qq.com",</w:t>
        <w:br/>
        <w:t xml:space="preserve">  "days": "7",</w:t>
        <w:br/>
        <w:t xml:space="preserve">  "ratio": null,</w:t>
        <w:br/>
        <w:t xml:space="preserve">  "amount": null,</w:t>
        <w:br/>
        <w:t xml:space="preserve">  "packageName": "直播分钟数",</w:t>
        <w:br/>
        <w:t xml:space="preserve">  "minutes": "14,942",</w:t>
        <w:br/>
        <w:t xml:space="preserve">  "traffic": null,</w:t>
        <w:br/>
        <w:t xml:space="preserve">  "time": null,</w:t>
        <w:br/>
        <w:t xml:space="preserve">  "noticeCode": "LIVE_CDN_MINUTES_DAY_INSUFFICIENT",</w:t>
        <w:br/>
        <w:t xml:space="preserve">  "noticeType": "day",</w:t>
        <w:br/>
        <w:t xml:space="preserve">  "noticeName": "直播cdn分钟数天数不足"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点播流量不足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"company": "xxx有限公司",</w:t>
        <w:br/>
        <w:t xml:space="preserve">  "email": "xxx@qq.com",</w:t>
        <w:br/>
        <w:t xml:space="preserve">  "days": null,</w:t>
        <w:br/>
        <w:t xml:space="preserve">  "ratio": null,</w:t>
        <w:br/>
        <w:t xml:space="preserve">  "amount": null,</w:t>
        <w:br/>
        <w:t xml:space="preserve">  "packageName": null,</w:t>
        <w:br/>
        <w:t xml:space="preserve">  "minutes": null,</w:t>
        <w:br/>
        <w:t xml:space="preserve">  "traffic": null,</w:t>
        <w:br/>
        <w:t xml:space="preserve">  "time": null,</w:t>
        <w:br/>
        <w:t xml:space="preserve">  "noticeCode": "VOD_FLOW_UNABLE_USE",</w:t>
        <w:br/>
        <w:t xml:space="preserve">  "noticeType": null,</w:t>
        <w:br/>
        <w:t xml:space="preserve">  "noticeName": "点播流量不足"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因类型过多不一一列举, 如有其他需要对接类型的参数不明确, 请联系客服咨询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集团账号分账号用量预警回调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