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获取分配记录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1、集团账号给分账号分配资源之后，能够通过接口获取分账号的资源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http://api.polyv.net/live/v4/group/account/allocation-log/list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集团账号2.0获取密钥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分账号邮箱，多个分账号使用,隔开，单次请求最大不超过200个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depositStartTime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开始时间，格式为yyyy-MM-dd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depositEndTime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结束时间，格式为yyyy-MM-dd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resourceCode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编码,当前支持查询的资源：balance:金额minutes:直播分钟数parallelConcurrent:直播并行并发totalConcurrent:直播累计并发channels:直播频道数linkMicDuration:连麦分钟数guideDuration:导播台分钟数vodFlow:点播流量vodSpace:点播空间groupUserCount:分帐号数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alterationType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变动类型,0：分配1：回收2：到期清零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页码,默认为1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分页大小,默认为10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http://api.polyv.net/live/v4/group/account/allocation-log/list?appId=g8dtv537aq&amp;timestamp=1653485867000&amp;sign=32389FC010815EDE76028D587FFA6FB3&amp;emails=*****1@polyv.net,*****2@polyv.net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分账号邮箱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分账号备注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depositTime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分配时间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resourceCode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资源编码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balance:金额minutes:直播分钟数parallelConcurrent:直播并行并发totalConcurrent:直播累计并发channels:直播频道数linkMicDuration:连麦分钟数guideDuration:导播台分钟数vodFlow:点播流量vodSpace:点播空间groupUserCount:分帐号数量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alterationType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变动类型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0：分配1：回收2：到期清零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alteration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变动量，均为正数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点播流量、点播空间传GB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查询集团账号分配记录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groupAccountBillingTest() throws IOException, NoSuchAlgorithmException {</w:t>
        <w:br/>
        <w:t xml:space="preserve">    //公共参数,填写自己的实际参数</w:t>
        <w:br/>
        <w:t xml:space="preserve">    String appId = super.groupAppId;</w:t>
        <w:br/>
        <w:t xml:space="preserve">    String appSecret = super.groupAppSecret;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"http://api.polyv.net/live/v4/group/account/allocation-log/list";</w:t>
        <w:br/>
        <w:t xml:space="preserve">    String emails = "*****1@polyv.net,*****1@polyv.net,*****2@polyv.net";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requestMap.put("emails", emails);</w:t>
        <w:br/>
        <w:t xml:space="preserve">    requestMap.put("sign", LiveSignUtil.getSign(requestMap, appSecret));</w:t>
        <w:br/>
        <w:br/>
        <w:br/>
        <w:t xml:space="preserve">    String response = HttpUtil.get(url, requestMap);</w:t>
        <w:br/>
        <w:t xml:space="preserve">    log.info("查询集团账号分配记录成功：{}",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"8c0fba9599094d30925ddbd6d6996f6b.63.16902751078127303",</w:t>
        <w:br/>
        <w:t xml:space="preserve">  "data": {</w:t>
        <w:br/>
        <w:t xml:space="preserve">    "pageNumber": 1,</w:t>
        <w:br/>
        <w:t xml:space="preserve">    "pageSize": 20,</w:t>
        <w:br/>
        <w:t xml:space="preserve">    "totalPages": 1,</w:t>
        <w:br/>
        <w:t xml:space="preserve">    "totalItems": 10,</w:t>
        <w:br/>
        <w:t xml:space="preserve">    "contents": [</w:t>
        <w:br/>
        <w:t xml:space="preserve">      {</w:t>
        <w:br/>
        <w:t xml:space="preserve">        "email": "******@polyv.net",</w:t>
        <w:br/>
        <w:t xml:space="preserve">        "resourceCode": "channels",</w:t>
        <w:br/>
        <w:t xml:space="preserve">        "alteration": "96",</w:t>
        <w:br/>
        <w:t xml:space="preserve">        "depositTime": "2023-01-12 23:47:44",</w:t>
        <w:br/>
        <w:t xml:space="preserve">        "note": "sss",</w:t>
        <w:br/>
        <w:t xml:space="preserve">        "alterationType": 1</w:t>
        <w:br/>
        <w:t xml:space="preserve">      },</w:t>
        <w:br/>
        <w:t xml:space="preserve">      {</w:t>
        <w:br/>
        <w:t xml:space="preserve">        "email": "********@polyv.net",</w:t>
        <w:br/>
        <w:t xml:space="preserve">        "resourceCode": "channels",</w:t>
        <w:br/>
        <w:t xml:space="preserve">        "alteration": "98",</w:t>
        <w:br/>
        <w:t xml:space="preserve">        "depositTime": "2023-01-12 23:47:36",</w:t>
        <w:br/>
        <w:t xml:space="preserve">        "note": "ss",</w:t>
        <w:br/>
        <w:t xml:space="preserve">        "alterationType": 0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获取分配记录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