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查询主账号账单统计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1、集团账号查询主账号账单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http://api.polyv.net/live/v4/group/account/billing-daily/list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2、集团账号接口计算签名请使用集团主账号的appId、appSecret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3、账期传入时间需要在202204以后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集团主账号appId【详见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集团账号2.0获取密钥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billingDate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账期，格式yyyyMM，比如202205，时间需要在202204以后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每页数据大小，默认10，最大值1000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当前的页数，默认1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http://api.polyv.net/live/v4/group/account/billing-daily/list?appId=g8dtv537aq&amp;timestamp=1653485867000&amp;sign=32389FC010815EDE76028D587FFA6FB3&amp;billingDate=202205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账单列表【详见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集团主帐号ID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accountPeriod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产品 云直播/云点播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用量类型云直播：观看分钟数/连麦分钟数/无延迟分钟数/导播时长云点播：视频播放/存储空间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itemConsumed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itemConsumedUnit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用量单位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结算日期，天，格式为yyyy-MM-dd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tradeType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交易类型1：用量结算2：金额结算3：补扣调账4：退费调账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查询主账号账单统计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groupAccountBillingTest() throws IOException, NoSuchAlgorithmException {</w:t>
        <w:br/>
        <w:t xml:space="preserve">    //公共参数,填写自己的实际参数</w:t>
        <w:br/>
        <w:t xml:space="preserve">    String appId = super.groupAppId;</w:t>
        <w:br/>
        <w:t xml:space="preserve">    String appSecret = super.groupAppSecret;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"http://api.polyv.net/live/v4/group/account/billing-daily/list";</w:t>
        <w:br/>
        <w:t xml:space="preserve">    String billingDate = "202205";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requestMap.put("billingDate", billingDate);</w:t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t xml:space="preserve">    log.info("测试查询主账号账单统计成功：{}",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"71c487ed89a94ca0b29e8779ea96f84b.57.16529454016270601",</w:t>
        <w:br/>
        <w:t xml:space="preserve">    "data":</w:t>
        <w:br/>
        <w:t xml:space="preserve">   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7,</w:t>
        <w:br/>
        <w:t xml:space="preserve">        "contents": [</w:t>
        <w:br/>
        <w:t xml:space="preserve">            {</w:t>
        <w:br/>
        <w:t xml:space="preserve">                "unionId": "******",</w:t>
        <w:br/>
        <w:t xml:space="preserve">                "accountPeriod": "2022-05",</w:t>
        <w:br/>
        <w:t xml:space="preserve">                "email": null,</w:t>
        <w:br/>
        <w:t xml:space="preserve">                "memo": null,</w:t>
        <w:br/>
        <w:t xml:space="preserve">                "production": "直播",</w:t>
        <w:br/>
        <w:t xml:space="preserve">                "category": "导播时长",</w:t>
        <w:br/>
        <w:t xml:space="preserve">                "itemConsumed": 120.00,</w:t>
        <w:br/>
        <w:t xml:space="preserve">                "itemConsumedUnit": "分钟",</w:t>
        <w:br/>
        <w:t xml:space="preserve">                "statAt": "2022-05-12",</w:t>
        <w:br/>
        <w:t xml:space="preserve">                "tradeType": 1</w:t>
        <w:br/>
        <w:t xml:space="preserve">            },</w:t>
        <w:br/>
        <w:t xml:space="preserve">            {</w:t>
        <w:br/>
        <w:t xml:space="preserve">                "unionId": "******",</w:t>
        <w:br/>
        <w:t xml:space="preserve">                "accountPeriod": "2022-05",</w:t>
        <w:br/>
        <w:t xml:space="preserve">                "email": null,</w:t>
        <w:br/>
        <w:t xml:space="preserve">                "memo": null,</w:t>
        <w:br/>
        <w:t xml:space="preserve">                "production": "直播",</w:t>
        <w:br/>
        <w:t xml:space="preserve">                "category": "导播时长",</w:t>
        <w:br/>
        <w:t xml:space="preserve">                "itemConsumed": 80.00,</w:t>
        <w:br/>
        <w:t xml:space="preserve">                "itemConsumedUnit": "分钟",</w:t>
        <w:br/>
        <w:t xml:space="preserve">                "statAt": "2022-05-12",</w:t>
        <w:br/>
        <w:t xml:space="preserve">                "tradeType": 2</w:t>
        <w:br/>
        <w:t xml:space="preserve">            },</w:t>
        <w:br/>
        <w:t xml:space="preserve">            {</w:t>
        <w:br/>
        <w:t xml:space="preserve">                "unionId": "******",</w:t>
        <w:br/>
        <w:t xml:space="preserve">                "accountPeriod": "2022-05",</w:t>
        <w:br/>
        <w:t xml:space="preserve">                "email": null,</w:t>
        <w:br/>
        <w:t xml:space="preserve">                "memo": null,</w:t>
        <w:br/>
        <w:t xml:space="preserve">                "production": "直播",</w:t>
        <w:br/>
        <w:t xml:space="preserve">                "category": "国内观看时长",</w:t>
        <w:br/>
        <w:t xml:space="preserve">                "itemConsumed": 71.00,</w:t>
        <w:br/>
        <w:t xml:space="preserve">                "itemConsumedUnit": "分钟",</w:t>
        <w:br/>
        <w:t xml:space="preserve">                "statAt": "2022-05-16",</w:t>
        <w:br/>
        <w:t xml:space="preserve">                "tradeType": 2</w:t>
        <w:br/>
        <w:t xml:space="preserve">            },</w:t>
        <w:br/>
        <w:t xml:space="preserve">            {</w:t>
        <w:br/>
        <w:t xml:space="preserve">                "unionId": "******",</w:t>
        <w:br/>
        <w:t xml:space="preserve">                "accountPeriod": "2022-05",</w:t>
        <w:br/>
        <w:t xml:space="preserve">                "email": null,</w:t>
        <w:br/>
        <w:t xml:space="preserve">                "memo": null,</w:t>
        <w:br/>
        <w:t xml:space="preserve">                "production": "点播",</w:t>
        <w:br/>
        <w:t xml:space="preserve">                "category": "存储空间",</w:t>
        <w:br/>
        <w:t xml:space="preserve">                "itemConsumed": 0.50,</w:t>
        <w:br/>
        <w:t xml:space="preserve">                "itemConsumedUnit": "GB",</w:t>
        <w:br/>
        <w:t xml:space="preserve">                "statAt": "2022-05-17",</w:t>
        <w:br/>
        <w:t xml:space="preserve">                "tradeType": 2</w:t>
        <w:br/>
        <w:t xml:space="preserve">            },</w:t>
        <w:br/>
        <w:t xml:space="preserve">            {</w:t>
        <w:br/>
        <w:t xml:space="preserve">                "unionId": "******",</w:t>
        <w:br/>
        <w:t xml:space="preserve">                "accountPeriod": "2022-05",</w:t>
        <w:br/>
        <w:t xml:space="preserve">                "email": null,</w:t>
        <w:br/>
        <w:t xml:space="preserve">                "memo": null,</w:t>
        <w:br/>
        <w:t xml:space="preserve">                "production": "直播",</w:t>
        <w:br/>
        <w:t xml:space="preserve">                "category": "国内观看时长",</w:t>
        <w:br/>
        <w:t xml:space="preserve">                "itemConsumed": 88.00,</w:t>
        <w:br/>
        <w:t xml:space="preserve">                "itemConsumedUnit": "分钟",</w:t>
        <w:br/>
        <w:t xml:space="preserve">                "statAt": "2022-05-18",</w:t>
        <w:br/>
        <w:t xml:space="preserve">                "tradeType": 2</w:t>
        <w:br/>
        <w:t xml:space="preserve">            },</w:t>
        <w:br/>
        <w:t xml:space="preserve">            {</w:t>
        <w:br/>
        <w:t xml:space="preserve">                "unionId": "******",</w:t>
        <w:br/>
        <w:t xml:space="preserve">                "accountPeriod": "2022-05",</w:t>
        <w:br/>
        <w:t xml:space="preserve">                "email": null,</w:t>
        <w:br/>
        <w:t xml:space="preserve">                "memo": null,</w:t>
        <w:br/>
        <w:t xml:space="preserve">                "production": "点播",</w:t>
        <w:br/>
        <w:t xml:space="preserve">                "category": "存储空间",</w:t>
        <w:br/>
        <w:t xml:space="preserve">                "itemConsumed": 0.50,</w:t>
        <w:br/>
        <w:t xml:space="preserve">                "itemConsumedUnit": "GB",</w:t>
        <w:br/>
        <w:t xml:space="preserve">                "statAt": "2022-05-18",</w:t>
        <w:br/>
        <w:t xml:space="preserve">                "tradeType": 2</w:t>
        <w:br/>
        <w:t xml:space="preserve">            },</w:t>
        <w:br/>
        <w:t xml:space="preserve">            {</w:t>
        <w:br/>
        <w:t xml:space="preserve">                "unionId": "******",</w:t>
        <w:br/>
        <w:t xml:space="preserve">                "accountPeriod": "2022-05",</w:t>
        <w:br/>
        <w:t xml:space="preserve">                "email": null,</w:t>
        <w:br/>
        <w:t xml:space="preserve">                "memo": null,</w:t>
        <w:br/>
        <w:t xml:space="preserve">                "production": "点播",</w:t>
        <w:br/>
        <w:t xml:space="preserve">                "category": "存储空间",</w:t>
        <w:br/>
        <w:t xml:space="preserve">                "itemConsumed": 0.50,</w:t>
        <w:br/>
        <w:t xml:space="preserve">                "itemConsumedUnit": "GB",</w:t>
        <w:br/>
        <w:t xml:space="preserve">                "statAt": "2022-05-19",</w:t>
        <w:br/>
        <w:t xml:space="preserve">                "tradeType": 2</w:t>
        <w:br/>
        <w:t xml:space="preserve">            }]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10003,</w:t>
        <w:br/>
        <w:t xml:space="preserve">        "desc": "时间戳过期"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查询主账号账单统计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