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修改观看页默认模板设置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1、修改观看页默认模板设置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http://api.polyv.net/live/v4/user/template/page-setting/update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barrageSpeed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弹幕速度，340：缓慢，270：较慢，200：标准，130：较快，60：快速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微信预约功能开关，Y：开启，N：关闭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closePreviewEnabled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观看页开关，Y：不显示观看页（仅允许集成SDK观看），N：显示观看页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flashPlayerEnabled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flash播放器开关，Y：开启，N：关闭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forbidFirefoxEnabled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禁止Firefox开关，Y：开启，N：关闭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mobileAudioEnabled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音视频切换开关，Y：开启，N：关闭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mobilePvShowLocation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观看次数移动端显示位置，player：播放器，desc：直播介绍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mobileWatchEnabled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移动观看页开关，Y：开启，N：关闭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pvShowEnabled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recordingProtectEnabled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防弹窗播放开关，Y：开启，N：关闭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showCountdownEnabled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回放中显示“下一场次”倒计时 开关值，Y：开启，N：关闭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switchPlayerEnabled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允许观众切换h5及flash播放器，Y：允许，N：不允许；flash播放器开关为N时，该值不生效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viewerVerificationEnabled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观众实名认证开关，Y：开启，N：关闭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watchFeedbackEnabled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观众投诉开关，Y：开启，N：关闭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watchLangType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观看页语言，zh_CN：中文，en：英文，follow_browser：跟随浏览器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观看页布局，ppt文档为主、video视频为主、only-video仅视频、followTeacher跟随讲师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pictureInPictureEnabled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小窗播放开关，Y：开启，N：关闭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page-setting/update?autoPlayEnabled=N&amp;mobileAudioEnabled=Y&amp;watchFeedbackEnabled=Y&amp;sign=5FB6EEFA7EB92B6D710A9E5889A8F405&amp;barrageSpeed=60&amp;switchPlayerEnabled=Y&amp;pvShowEnabled=Y&amp;showCountdownEnabled=Y&amp;mobileWatchEnabled=Y&amp;viewerVerificationEnabled=N&amp;bookingEnabled=N&amp;mobilePvShowLocation=player&amp;appId=frlr1zazn3&amp;closePreviewEnabled=Y&amp;watchLayout=followTeacher&amp;flashPlayerEnabled=N&amp;barrageEnabled=Y&amp;recordingProtectEnabled=N&amp;forbidFirefoxEnabled=N&amp;watchLangType=follow_browser&amp;timestamp=1686884060082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修改观看页默认模板设置</w:t>
        <w:br/>
        <w:t>* @throws IOException</w:t>
        <w:br/>
        <w:t>* @throws NoSuchAlgorithmException</w:t>
        <w:br/>
        <w:t>*/</w:t>
        <w:br/>
        <w:t>@Test</w:t>
        <w:br/>
        <w:t>public void pageSettingUpdateTest()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"http://api.polyv.net/live/v4/user/template/page-setting/update";</w:t>
        <w:br/>
        <w:t xml:space="preserve">    String autoPlayEnabled = "N";</w:t>
        <w:br/>
        <w:t xml:space="preserve">    String barrageEnabled = "Y";</w:t>
        <w:br/>
        <w:t xml:space="preserve">    String barrageSpeed = "60";</w:t>
        <w:br/>
        <w:t xml:space="preserve">    String bookingEnabled = "N";</w:t>
        <w:br/>
        <w:t xml:space="preserve">    String closePreviewEnabled = "Y";</w:t>
        <w:br/>
        <w:t xml:space="preserve">    String flashPlayerEnabled = "N";</w:t>
        <w:br/>
        <w:t xml:space="preserve">    String forbidFirefoxEnabled = "N";</w:t>
        <w:br/>
        <w:t xml:space="preserve">    String mobileAudioEnabled = "Y";</w:t>
        <w:br/>
        <w:t xml:space="preserve">    String mobilePvShowLocation = "player";</w:t>
        <w:br/>
        <w:t xml:space="preserve">    String mobileWatchEnabled = "Y";</w:t>
        <w:br/>
        <w:t xml:space="preserve">    String pvShowEnabled = "Y";</w:t>
        <w:br/>
        <w:t xml:space="preserve">    String recordingProtectEnabled = "N";</w:t>
        <w:br/>
        <w:t xml:space="preserve">    String showCountdownEnabled = "Y";</w:t>
        <w:br/>
        <w:t xml:space="preserve">    String switchPlayerEnabled = "Y";</w:t>
        <w:br/>
        <w:t xml:space="preserve">    String viewerVerificationEnabled = "N";</w:t>
        <w:br/>
        <w:t xml:space="preserve">    String watchFeedbackEnabled = "Y";</w:t>
        <w:br/>
        <w:t xml:space="preserve">    String watchLangType = "follow_browser";</w:t>
        <w:br/>
        <w:t xml:space="preserve">    String watchLayout = "followTeacher";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requestMap.put("autoPlayEnabled", autoPlayEnabled);</w:t>
        <w:br/>
        <w:t xml:space="preserve">    requestMap.put("barrageEnabled", barrageEnabled);</w:t>
        <w:br/>
        <w:t xml:space="preserve">    requestMap.put("barrageSpeed", barrageSpeed);</w:t>
        <w:br/>
        <w:t xml:space="preserve">    requestMap.put("bookingEnabled", bookingEnabled);</w:t>
        <w:br/>
        <w:t xml:space="preserve">    requestMap.put("closePreviewEnabled", closePreviewEnabled);</w:t>
        <w:br/>
        <w:t xml:space="preserve">    requestMap.put("flashPlayerEnabled", flashPlayerEnabled);</w:t>
        <w:br/>
        <w:t xml:space="preserve">    requestMap.put("forbidFirefoxEnabled", forbidFirefoxEnabled);</w:t>
        <w:br/>
        <w:t xml:space="preserve">    requestMap.put("mobileAudioEnabled", mobileAudioEnabled);</w:t>
        <w:br/>
        <w:t xml:space="preserve">    requestMap.put("mobilePvShowLocation", mobilePvShowLocation);</w:t>
        <w:br/>
        <w:t xml:space="preserve">    requestMap.put("mobileWatchEnabled", mobileWatchEnabled);</w:t>
        <w:br/>
        <w:t xml:space="preserve">    requestMap.put("pvShowEnabled", pvShowEnabled);</w:t>
        <w:br/>
        <w:t xml:space="preserve">    requestMap.put("recordingProtectEnabled", recordingProtectEnabled);</w:t>
        <w:br/>
        <w:t xml:space="preserve">    requestMap.put("showCountdownEnabled", showCountdownEnabled);</w:t>
        <w:br/>
        <w:t xml:space="preserve">    requestMap.put("switchPlayerEnabled", switchPlayerEnabled);</w:t>
        <w:br/>
        <w:t xml:space="preserve">    requestMap.put("viewerVerificationEnabled", viewerVerificationEnabled);</w:t>
        <w:br/>
        <w:t xml:space="preserve">    requestMap.put("watchFeedbackEnabled", watchFeedbackEnabled);</w:t>
        <w:br/>
        <w:t xml:space="preserve">    requestMap.put("watchLangType", watchLangType);</w:t>
        <w:br/>
        <w:t xml:space="preserve">    requestMap.put("watchLayout", watchLayout);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log.info("测试修改观看页默认模板设置成功：{}",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"d2a25acab50240e1b344a1c045de36ae.67.16868840687251021",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修改观看页默认模板设置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