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设置频道虚拟人数及虚拟人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1、设置频道虚拟人数及自定义虚拟人列表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http://api.polyv.net/live/v4/channel/robot/setting-robot-list/update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2、请设置请求头</w:t>
      </w:r>
      <w:r>
        <w:rPr>
          <w:rFonts w:ascii="Menlo" w:hAnsi="Menlo"/>
          <w:color w:val="444444"/>
          <w:sz w:val="20"/>
        </w:rPr>
        <w:t>contentType:application/json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robotNumber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聊天室显示虚拟人数，最大值为600000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virtualBookingNumber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虚拟预约人数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addRobotModel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人数显示模式timely：立即生效fixed_time：分时生效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changeTime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生效时间，addRobotModel为fixed_time分时生效时必填，单位秒，最小值为20（20秒），最大值为18000（300分钟）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robotList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自定义机器人列表，最多支持添加600000个机器人。1：不传值时使用内容库机器人。2：数量小于robotNumber时使用系统生成的机器人补充</w:t>
            </w:r>
          </w:p>
        </w:tc>
      </w:tr>
    </w:tbl>
    <w:p>
      <w:pPr>
        <w:spacing w:after="40"/>
      </w:pPr>
    </w:p>
    <w:p>
      <w:pPr>
        <w:pStyle w:val="Heading3"/>
      </w:pPr>
      <w:r>
        <w:t>robotList字段说明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机器人昵称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机器人头像地址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http://api.polyv.net/live/v4/channel/robot/setting-robot-list/update?appId=xxx&amp;sign=xxx&amp;timestamp=xxx&amp;channelId=3335806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"channelId": 3335806,</w:t>
        <w:br/>
        <w:t xml:space="preserve">    "robotNumber": 500,</w:t>
        <w:br/>
        <w:t xml:space="preserve">    "addRobotModel": "timely",</w:t>
        <w:br/>
        <w:t xml:space="preserve">    "virtualBookingNumber": 100,</w:t>
        <w:br/>
        <w:t xml:space="preserve">    "robotRandomMemberEnabled": "N",</w:t>
        <w:br/>
        <w:t xml:space="preserve">    "robotList": [</w:t>
        <w:br/>
        <w:t xml:space="preserve">        {</w:t>
        <w:br/>
        <w:t xml:space="preserve">            "name": "观众1",</w:t>
        <w:br/>
        <w:t xml:space="preserve">            "avatar": "https://liveimages.videocc.net/uploadimage/avatar/1.png"</w:t>
        <w:br/>
        <w:t xml:space="preserve">        },</w:t>
        <w:br/>
        <w:t xml:space="preserve">        {</w:t>
        <w:br/>
        <w:t xml:space="preserve">            "name": "观众2",</w:t>
        <w:br/>
        <w:t xml:space="preserve">            "avatar": "https://liveimages.videocc.net/uploadimage/avatar/2.png"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成功响应时返回null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设置频道虚拟人数及虚拟人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updateRobotListSettingTest()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"http://api.polyv.net/live/v4/channel/robot/setting-robot-list/update";</w:t>
        <w:br/>
        <w:t xml:space="preserve">    String channelId = "3335806";</w:t>
        <w:br/>
        <w:br/>
        <w:t xml:space="preserve">    //签名参数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br/>
        <w:t xml:space="preserve">    //请求体参数</w:t>
        <w:br/>
        <w:t xml:space="preserve">    Map&lt;String, Object&gt; jsonMap = new HashMap&lt;&gt;();</w:t>
        <w:br/>
        <w:t xml:space="preserve">    jsonMap.put("channelId", Integer.valueOf(channelId));</w:t>
        <w:br/>
        <w:t xml:space="preserve">    jsonMap.put("robotNumber", 500);</w:t>
        <w:br/>
        <w:t xml:space="preserve">    jsonMap.put("addRobotModel", "timely");</w:t>
        <w:br/>
        <w:t xml:space="preserve">    List&lt;Map&lt;String, String&gt;&gt; robotList = new ArrayList&lt;&gt;();</w:t>
        <w:br/>
        <w:t xml:space="preserve">    Map&lt;String, String&gt; robot1 = new HashMap&lt;&gt;();</w:t>
        <w:br/>
        <w:t xml:space="preserve">    robot1.put("name", "观众1");</w:t>
        <w:br/>
        <w:t xml:space="preserve">    robot1.put("avatar", "https://liveimages.videocc.net/uploadimage/avatar/1.png");</w:t>
        <w:br/>
        <w:t xml:space="preserve">    robotList.add(robot1);</w:t>
        <w:br/>
        <w:t xml:space="preserve">    jsonMap.put("robotList", robotList);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log.info("测试设置频道虚拟人数及虚拟人成功：{}",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"61b9319c9e3b42979f8a152dfa6b3f40.73.16626900842179815",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"4081dbac03e6441e8bdd301d8feee5a2.117.16360830583026105",</w:t>
        <w:br/>
        <w:t xml:space="preserve">    "error": {</w:t>
        <w:br/>
        <w:t xml:space="preserve">        "code": 30004,</w:t>
        <w:br/>
        <w:t xml:space="preserve">        "desc": "找不到频道"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设置频道虚拟人数及虚拟人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