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停止频道虚拟人数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1、设置虚拟人数分时生效后停止虚拟人数增加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http://api.polyv.net/live/v4/channel/robot/pause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http://api.polyv.net/live/v4/channel/robot/pause?appId=frlr1zazn3&amp;sign=283230C79A98901E4B3E190984960F47&amp;channelId=3335806&amp;timestamp=1662690188523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成功响应时返回null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停止频道虚拟人数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pauseRobotTest()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"http://api.polyv.net/live/v4/channel/robot/pause";</w:t>
        <w:br/>
        <w:t xml:space="preserve">    String channelId = "3335806";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HttpUtil.postFormBody(url, null);</w:t>
        <w:br/>
        <w:br/>
        <w:t xml:space="preserve">    log.info("测试停止频道虚拟人数成功：{}",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"61b9319c9e3b42979f8a152dfa6b3f40.68.16626901936400383",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"4081dbac03e6441e8bdd301d8feee5a2.117.16360830583026105",</w:t>
        <w:br/>
        <w:t xml:space="preserve">    "error": {</w:t>
        <w:br/>
        <w:t xml:space="preserve">        "code": 30004,</w:t>
        <w:br/>
        <w:t xml:space="preserve">        "desc": "找不到频道"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停止频道虚拟人数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