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查询频道问答列表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1、查询频道问答列表</w:t>
        <w:br/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http://api.polyv.net/live/v4/chat/list-qa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分页大小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http://api.polyv.net/live/v4/chat/list-qa?channelId=${channelId}&amp;pageNumber=1&amp;pageSize=10&amp;appId=${your_appId}&amp;sign=${your_sign}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成功响应的数据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</w:tbl>
    <w:p>
      <w:pPr>
        <w:spacing w:after="40"/>
      </w:pPr>
    </w:p>
    <w:p>
      <w:pPr>
        <w:pStyle w:val="Heading2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每页数据大小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总的条数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查询的结果列表【详见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Contents参数描述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Contents参数描述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问答ID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问题状态，0-未处理，1-暂不回复，10-已回复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问题内容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answers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回答列表【详见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QAAnswer参数描述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</w:t>
            </w:r>
          </w:p>
        </w:tc>
      </w:tr>
    </w:tbl>
    <w:p>
      <w:pPr>
        <w:spacing w:after="40"/>
      </w:pPr>
    </w:p>
    <w:p>
      <w:pPr>
        <w:pStyle w:val="Heading3"/>
      </w:pPr>
      <w:r>
        <w:t>QAAnswer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回答ID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回答内容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isPublic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是否公开，Y-公开，N -公开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LoggerFactory.getLogger(getClass());</w:t>
        <w:br/>
        <w:t>/**</w:t>
        <w:br/>
        <w:t xml:space="preserve"> * 清空频道公告信息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noticeCleanTest()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t xml:space="preserve">    Integer pageNumber = 1;</w:t>
        <w:br/>
        <w:t xml:space="preserve">    Integer pageSize = 10;</w:t>
        <w:br/>
        <w:br/>
        <w:t xml:space="preserve">    //业务参数</w:t>
        <w:br/>
        <w:t xml:space="preserve">    String url = "http://api.polyv.net/live/v4/chat/list-qa";</w:t>
        <w:br/>
        <w:t xml:space="preserve">    String channelId = "4146015";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requestMap.put("channelId", channelId);</w:t>
        <w:br/>
        <w:t xml:space="preserve">    requestMap.put("timestamp", timestamp);</w:t>
        <w:br/>
        <w:t xml:space="preserve">    requestMap.put("pageNumber", pageNumber);</w:t>
        <w:br/>
        <w:t xml:space="preserve">    requestMap.put("pageSize", pageSize);</w:t>
        <w:br/>
        <w:t xml:space="preserve">    requestMap.put("sign", LiveSignUtil.getSign(requestMap, appSecret));</w:t>
        <w:br/>
        <w:br/>
        <w:t xml:space="preserve">    url = HttpUtil.appendUrl(url, requestMap);</w:t>
        <w:br/>
        <w:t xml:space="preserve">    String response = HttpUtil.postFormBody(url, null);</w:t>
        <w:br/>
        <w:br/>
        <w:t xml:space="preserve">    log.info("测试清空频道公告信息成功：{}",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"8cda90ea-bb5d-42e4-abf0-1679e686003f",</w:t>
        <w:br/>
        <w:t xml:space="preserve">    "data": {</w:t>
        <w:br/>
        <w:t xml:space="preserve">        "pageNumber": 1,</w:t>
        <w:br/>
        <w:t xml:space="preserve">        "pageSize": 10,</w:t>
        <w:br/>
        <w:t xml:space="preserve">        "totalPages": 1,</w:t>
        <w:br/>
        <w:t xml:space="preserve">        "totalItems": 1,</w:t>
        <w:br/>
        <w:t xml:space="preserve">        "contents": [</w:t>
        <w:br/>
        <w:t xml:space="preserve">            {</w:t>
        <w:br/>
        <w:t xml:space="preserve">                "id": 6283,</w:t>
        <w:br/>
        <w:t xml:space="preserve">                "sessionId": "gyd067s6yp",</w:t>
        <w:br/>
        <w:t xml:space="preserve">                "viewerId": "c_9d5265io1403u5a6gwjp6zpz04219g45",</w:t>
        <w:br/>
        <w:t xml:space="preserve">                "status": 10,</w:t>
        <w:br/>
        <w:t xml:space="preserve">                "content": "aaffaf",</w:t>
        <w:br/>
        <w:t xml:space="preserve">                "answers": [</w:t>
        <w:br/>
        <w:t xml:space="preserve">                    {</w:t>
        <w:br/>
        <w:t xml:space="preserve">                        "id": 5265,</w:t>
        <w:br/>
        <w:t xml:space="preserve">                        "content": "你好",</w:t>
        <w:br/>
        <w:t xml:space="preserve">                        "isPublic": "Y",</w:t>
        <w:br/>
        <w:t xml:space="preserve">                        "timestamp": 1722912886518</w:t>
        <w:br/>
        <w:t xml:space="preserve">                    },</w:t>
        <w:br/>
        <w:t xml:space="preserve">                    {</w:t>
        <w:br/>
        <w:t xml:space="preserve">                        "id": 5266,</w:t>
        <w:br/>
        <w:t xml:space="preserve">                        "content": "回复",</w:t>
        <w:br/>
        <w:t xml:space="preserve">                        "isPublic": "Y",</w:t>
        <w:br/>
        <w:t xml:space="preserve">                        "timestamp": 1722923281297</w:t>
        <w:br/>
        <w:t xml:space="preserve">                    },</w:t>
        <w:br/>
        <w:t xml:space="preserve">                    {</w:t>
        <w:br/>
        <w:t xml:space="preserve">                        "id": 5267,</w:t>
        <w:br/>
        <w:t xml:space="preserve">                        "content": "回复2",</w:t>
        <w:br/>
        <w:t xml:space="preserve">                        "isPublic": "Y",</w:t>
        <w:br/>
        <w:t xml:space="preserve">                        "timestamp": 1722923295570</w:t>
        <w:br/>
        <w:t xml:space="preserve">                    },</w:t>
        <w:br/>
        <w:t xml:space="preserve">                    {</w:t>
        <w:br/>
        <w:t xml:space="preserve">                        "id": 5268,</w:t>
        <w:br/>
        <w:t xml:space="preserve">                        "content": "[害羞]",</w:t>
        <w:br/>
        <w:t xml:space="preserve">                        "isPublic": "Y",</w:t>
        <w:br/>
        <w:t xml:space="preserve">                        "timestamp": 1722923299763</w:t>
        <w:br/>
        <w:t xml:space="preserve">                    }</w:t>
        <w:br/>
        <w:t xml:space="preserve">                ],</w:t>
        <w:br/>
        <w:t xml:space="preserve">                "timestamp": 1722912874624</w:t>
        <w:br/>
        <w:t xml:space="preserve">            }</w:t>
        <w:br/>
        <w:t xml:space="preserve">        ]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查询频道问答列表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