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批量设置签到功能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1、批量设置签到功能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http://api.polyv.net/live/v4/chat/batch-checkin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2、单次最多设置1000个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签到时长(秒,0-86400),如果不传或者传0就是立即签到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delayTime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定时开始时间(13位时间戳)，如果不传就从接口设置成功后开始。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签到提示语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forceCheckInEnabled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是否强制签到，默认N（Y/N）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http://api.polyv.net/live/v4/chat/batch-checkin?appId=frlr1zazn3&amp;sign=FD701BFA3DCE2C7DCC362A904DBF48B0&amp;timestamp=1636536555144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</w:t>
        <w:br/>
        <w:t xml:space="preserve">  {</w:t>
        <w:br/>
        <w:t xml:space="preserve">    "channelId":4032639,</w:t>
        <w:br/>
        <w:t xml:space="preserve">    "limitTime":30,</w:t>
        <w:br/>
        <w:t xml:space="preserve">    "delayTime":1700734800000,</w:t>
        <w:br/>
        <w:t xml:space="preserve">    "message":"tips1"</w:t>
        <w:br/>
        <w:t xml:space="preserve">  },</w:t>
        <w:br/>
        <w:t xml:space="preserve">  {</w:t>
        <w:br/>
        <w:t xml:space="preserve">    "channelId":4032640,</w:t>
        <w:br/>
        <w:t xml:space="preserve">    "limitTime":30,</w:t>
        <w:br/>
        <w:t xml:space="preserve">    "delayTime":1700734800000,</w:t>
        <w:br/>
        <w:t xml:space="preserve">    "message":"tips2"</w:t>
        <w:br/>
        <w:t xml:space="preserve">  }</w:t>
        <w:br/>
        <w:t>]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private static final Logger log = LoggerFactory.getLogger(getClass());</w:t>
        <w:br/>
        <w:br/>
        <w:t xml:space="preserve">    @Test</w:t>
        <w:br/>
        <w:t xml:space="preserve">    public void testBatchCheckin() throws IOException, NoSuchAlgorithmException {</w:t>
        <w:br/>
        <w:t xml:space="preserve">        //公共参数,填写自己的实际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"http://api.polyv.net/live/v4/chat/batch-checkin";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br/>
        <w:t xml:space="preserve">        requestMap.put("sign", LiveSignUtil.getSign(requestMap, appSecret));</w:t>
        <w:br/>
        <w:br/>
        <w:t xml:space="preserve">        String body = "[{"channelId":4032639,"limitTime":30,"delayTime":1700734800000},{"channelId":4032640,"limitTime":30,"delayTime":1700734800000}]";</w:t>
        <w:br/>
        <w:t xml:space="preserve">        url = HttpUtil.appendUrl(url, requestMap);</w:t>
        <w:br/>
        <w:t xml:space="preserve">        String response = HttpUtil.postJsonBody(url,body,null);</w:t>
        <w:br/>
        <w:br/>
        <w:t xml:space="preserve">        log.info("测试批量设置签到功能，返回值：{}", response);</w:t>
        <w:br/>
        <w:t xml:space="preserve">        //do somethings</w:t>
        <w:br/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"62af5d29-a836-4bfb-8c4d-cbd6a84ea7e9",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"4081dbac03e6441e8bdd301d8feee5a2.124.16360831818611581",</w:t>
        <w:br/>
        <w:t xml:space="preserve">  "error": {</w:t>
        <w:br/>
        <w:t xml:space="preserve">    "code": 20001,</w:t>
        <w:br/>
        <w:t xml:space="preserve">    "desc": "application not found."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"4081dbac03e6441e8bdd301d8feee5a2.124.16360831818611581",</w:t>
        <w:br/>
        <w:t xml:space="preserve">  "error": {</w:t>
        <w:br/>
        <w:t xml:space="preserve">    "code": 1097,</w:t>
        <w:br/>
        <w:t xml:space="preserve">    "desc": "非法的频道ID"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"4081dbac03e6441e8bdd301d8feee5a2.124.16360831818611581",</w:t>
        <w:br/>
        <w:t xml:space="preserve">  "error": {</w:t>
        <w:br/>
        <w:t xml:space="preserve">    "code": 1099,</w:t>
        <w:br/>
        <w:t xml:space="preserve">    "desc": "签到失败: 序号为[0],时间区间存在重叠或时间区间间隔小于5秒，不允许添加"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"4081dbac03e6441e8bdd301d8feee5a2.124.16360831818611581",</w:t>
        <w:br/>
        <w:t xml:space="preserve">  "error": {</w:t>
        <w:br/>
        <w:t xml:space="preserve">    "code": 1099,</w:t>
        <w:br/>
        <w:t xml:space="preserve">    "desc": "签到失败: 序号为[0,2],签到失败"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批量设置签到功能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