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查询时间内直播场次数据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1、查询时间内直播场次数据</w:t>
        <w:br/>
        <w:t>2、（timestamp, appId）参与sign签名，并和sign一起通过url传递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http://api.polyv.net/live/v4/statistics/session-stats/list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2、不填写查询时间段时，默认查询当前时间到前一个小时之间产生的场次报表数据；查询时间段最大间隔24小时；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3、查询的数据范围：startTime=&lt;直播场次开始时间  直播场次结束时间&lt;=endTime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4、直播中的场次信息不会在数据中返回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每页数据大小，默认10条数据，最大值不能超过1000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http://api.polyv.net/live/v4/statistics/session-stats/list?pageNumber=1&amp;appId=frlr1zazn3&amp;sign=EE807FB4A859A23E5B2EFA6CFC1FE7FC&amp;pageSize=10&amp;startTime=1634517072111&amp;endTime=1634599872222&amp;timestamp=1634788009047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直播结束时间，13位时间戳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直播账号ID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获取时间内直播场次数据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testGetLiveSession()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"http://api.polyv.net/live/v4/statistics/session-stats/list";</w:t>
        <w:br/>
        <w:t xml:space="preserve">    String startTime = "1634517072111";</w:t>
        <w:br/>
        <w:t xml:space="preserve">    String endTime = "1634599872222";</w:t>
        <w:br/>
        <w:t xml:space="preserve">    String pageNumber = "1";</w:t>
        <w:br/>
        <w:t xml:space="preserve">    String pageSize = "10";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requestMap.put("startTime", startTime);</w:t>
        <w:br/>
        <w:t xml:space="preserve">    requestMap.put("endTime", endTime);</w:t>
        <w:br/>
        <w:t xml:space="preserve">    requestMap.put("pageNumber", pageNumber);</w:t>
        <w:br/>
        <w:t xml:space="preserve">    requestMap.put("pageSize", pageSize);</w:t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HttpUtil.postFormBody(url, null);</w:t>
        <w:br/>
        <w:t xml:space="preserve">    log.info("测试获取时间内直播场次数据成功：{}",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"b38bdd97dc404213a2436e7a086b9db9.80.16347880125725671",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2,</w:t>
        <w:br/>
        <w:t xml:space="preserve">        "contents": [</w:t>
        <w:br/>
        <w:t xml:space="preserve">            {</w:t>
        <w:br/>
        <w:t xml:space="preserve">                "channelId": 2272655,</w:t>
        <w:br/>
        <w:t xml:space="preserve">                "sessionId": "g3e0fasiw0",</w:t>
        <w:br/>
        <w:t xml:space="preserve">                "name": "JAVA大师无延迟直播课-纯视频",</w:t>
        <w:br/>
        <w:t xml:space="preserve">                "startTime": 1634520672000,</w:t>
        <w:br/>
        <w:t xml:space="preserve">                "endTime": 1634520742000,</w:t>
        <w:br/>
        <w:t xml:space="preserve">                "userId": "1b448be323"</w:t>
        <w:br/>
        <w:t xml:space="preserve">            },</w:t>
        <w:br/>
        <w:t xml:space="preserve">            {</w:t>
        <w:br/>
        <w:t xml:space="preserve">                "channelId": 2477096,</w:t>
        <w:br/>
        <w:t xml:space="preserve">                "sessionId": "g3eb7xbpn4",</w:t>
        <w:br/>
        <w:t xml:space="preserve">                "name": "JAVA 知识精讲(误删)",</w:t>
        <w:br/>
        <w:t xml:space="preserve">                "startTime": 1634544160000,</w:t>
        <w:br/>
        <w:t xml:space="preserve">                "endTime": 1634544232000,</w:t>
        <w:br/>
        <w:t xml:space="preserve">                "userId": "1b448be323"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查询时间内直播场次数据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