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修改任务奖励活动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1、修改任务奖励活动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activityName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活动名称，最大长度64个字符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taskRule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任务规则：1：解锁任务，2：并行任务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任务规则列表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tasks字段说明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tasks参数描述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reachCondition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达成条件设置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reachCondition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奖励设置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rewardSetting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</w:tr>
    </w:tbl>
    <w:p>
      <w:pPr>
        <w:spacing w:after="40"/>
      </w:pPr>
    </w:p>
    <w:p>
      <w:pPr>
        <w:pStyle w:val="Heading2"/>
      </w:pPr>
      <w:r>
        <w:t>reachCondition参数描述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达成条件（sign：签到，online：在线时长，questionnaire：答题，custom：自定义）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达成数值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题目ID，达成条件为questionnaire时必传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自定义任务事件，达成条件为custom时必传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customEventName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customIcon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自定义任务图标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customUnit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自定义任务单位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customButtonText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自定义任务按钮文案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customReachText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自定义任务达成文案，eg: {customEventName}完成：{amount}{customUnit}</w:t>
            </w:r>
          </w:p>
        </w:tc>
      </w:tr>
    </w:tbl>
    <w:p>
      <w:pPr>
        <w:spacing w:after="40"/>
      </w:pPr>
    </w:p>
    <w:p>
      <w:pPr>
        <w:pStyle w:val="Heading2"/>
      </w:pPr>
      <w:r>
        <w:t>rewardSetting参数描述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cash:现金,custom:自定义,nothing:无奖励,externalPoint:外部积分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奖励数值（type为cash时，现金单位是分；type为cash、externalPoint时需要传）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奖励限制份额（-1不限制）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customReward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自定义奖励内容，非必填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https://api.polyv.net/live/v4/channel/task-reward-activity/update?appId=frlr1zazn3&amp;sign=012332FBD8DBCFC068AFCB484A2ADECB&amp;timestamp=1670550787318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"activityId": 5,</w:t>
        <w:br/>
        <w:t xml:space="preserve">    "channelId": 4854808,</w:t>
        <w:br/>
        <w:t xml:space="preserve">    "activityName": "修改测试活动",</w:t>
        <w:br/>
        <w:t xml:space="preserve">    "activityMode": 1,</w:t>
        <w:br/>
        <w:t xml:space="preserve">    "taskRule": 1,</w:t>
        <w:br/>
        <w:t xml:space="preserve">    "startTime": 1717569984074,</w:t>
        <w:br/>
        <w:t xml:space="preserve">    "endTime": 1717569994074,</w:t>
        <w:br/>
        <w:t xml:space="preserve">    "tasks": [</w:t>
        <w:br/>
        <w:t xml:space="preserve">        {</w:t>
        <w:br/>
        <w:t xml:space="preserve">            "reachCondition": {</w:t>
        <w:br/>
        <w:t xml:space="preserve">                "type": "sign",</w:t>
        <w:br/>
        <w:t xml:space="preserve">                "amount": 11</w:t>
        <w:br/>
        <w:t xml:space="preserve">            },</w:t>
        <w:br/>
        <w:t xml:space="preserve">            "rewardSetting": {</w:t>
        <w:br/>
        <w:t xml:space="preserve">                "type": "cash",</w:t>
        <w:br/>
        <w:t xml:space="preserve">                "amount": 10,</w:t>
        <w:br/>
        <w:t xml:space="preserve">                "limit": 10</w:t>
        <w:br/>
        <w:t xml:space="preserve">            }</w:t>
        <w:br/>
        <w:t xml:space="preserve">        },</w:t>
        <w:br/>
        <w:t xml:space="preserve">        {</w:t>
        <w:br/>
        <w:t xml:space="preserve">            "reachCondition": {</w:t>
        <w:br/>
        <w:t xml:space="preserve">                "type": "sign",</w:t>
        <w:br/>
        <w:t xml:space="preserve">                "amount": 21</w:t>
        <w:br/>
        <w:t xml:space="preserve">            },</w:t>
        <w:br/>
        <w:t xml:space="preserve">            "rewardSetting": {</w:t>
        <w:br/>
        <w:t xml:space="preserve">                "type": "cash",</w:t>
        <w:br/>
        <w:t xml:space="preserve">                "amount": 10,</w:t>
        <w:br/>
        <w:t xml:space="preserve">                "limit": 10</w:t>
        <w:br/>
        <w:t xml:space="preserve">            }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true,</w:t>
        <w:br/>
        <w:t xml:space="preserve">    "success": true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任务奖励活动是否修改成功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修改任务奖励活动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createTaskRewardTest()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String url = "https://api.polyv.net/live/v4/channel/task-reward-activity/update";</w:t>
        <w:br/>
        <w:t xml:space="preserve">        //业务参数</w:t>
        <w:br/>
        <w:t xml:space="preserve">        Integer channelId = 5004544;</w:t>
        <w:br/>
        <w:t xml:space="preserve">        String activityId = 1134;</w:t>
        <w:br/>
        <w:t xml:space="preserve">        String activityName = "demoData";</w:t>
        <w:br/>
        <w:t xml:space="preserve">        Integer taskRule = 1;</w:t>
        <w:br/>
        <w:t xml:space="preserve">        Long startTime = 1722035312584;</w:t>
        <w:br/>
        <w:t xml:space="preserve">        Long endTime = 1722036312584;</w:t>
        <w:br/>
        <w:t xml:space="preserve">        List&lt;Task&gt; tasks = new ArrayList();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Map&lt;String, Object&gt; jsonMap = new HashMap&lt;&gt;();</w:t>
        <w:br/>
        <w:t xml:space="preserve">        jsonMap.put("channelId", channelId);</w:t>
        <w:br/>
        <w:t xml:space="preserve">        jsonMap.put("activityId", activityId);</w:t>
        <w:br/>
        <w:t xml:space="preserve">        jsonMap.put("activityName", activityName);</w:t>
        <w:br/>
        <w:t xml:space="preserve">        jsonMap.put("taskRule", taskRule);</w:t>
        <w:br/>
        <w:t xml:space="preserve">        jsonMap.put("startTime", startTime);</w:t>
        <w:br/>
        <w:t xml:space="preserve">        jsonMap.put("endTime", endTime);</w:t>
        <w:br/>
        <w:t xml:space="preserve">        jsonMap.put("tasks", tasks);</w:t>
        <w:br/>
        <w:br/>
        <w:t xml:space="preserve">        requestMap.put("sign", LiveSignUtil.getSign(requestMap, appSecret));</w:t>
        <w:br/>
        <w:br/>
        <w:t xml:space="preserve">        url = HttpUtil.appendUrl(url, requestMap);</w:t>
        <w:br/>
        <w:t xml:space="preserve">        String response = HttpUtil.postJsonBody(url, JSON.toJSONString(jsonMap), null);</w:t>
        <w:br/>
        <w:br/>
        <w:t xml:space="preserve">        log.info("测试修改活动结果：{}", response);</w:t>
        <w:br/>
        <w:t xml:space="preserve">    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"e9eb12f0-5d55-482a-8a47-62863d04772c",</w:t>
        <w:br/>
        <w:t xml:space="preserve">    "data": true,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修改任务奖励活动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