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观众提交任务奖励表单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1、观众提交任务奖励表单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https://api.polyv.net/live/v4/user/viewer-task-reward/submit-accept-info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formInfo字段说明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formInfo参数描述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类型, userName:姓名、userPhone:手机号、custom:自定义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填写内容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https://api.polyv.net/live/v4/user/viewer-task-reward/submit-accept-info?appId=frlr1zazn3&amp;sign=012332FBD8DBCFC068AFCB484A2ADECB&amp;timestamp=1670550787318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"id": 1693913,</w:t>
        <w:br/>
        <w:t xml:space="preserve">    "viewerId": "2_844u9odbkqq8eum0rpotqbexwqlio6pq",</w:t>
        <w:br/>
        <w:t xml:space="preserve">    "formInfo": [</w:t>
        <w:br/>
        <w:t xml:space="preserve">        {</w:t>
        <w:br/>
        <w:t xml:space="preserve">            "type": "userName",</w:t>
        <w:br/>
        <w:t xml:space="preserve">            "field": "姓名",</w:t>
        <w:br/>
        <w:t xml:space="preserve">            "value": "1e0zj"</w:t>
        <w:br/>
        <w:t xml:space="preserve">        },</w:t>
        <w:br/>
        <w:t xml:space="preserve">        {</w:t>
        <w:br/>
        <w:t xml:space="preserve">            "type": "userPhone",</w:t>
        <w:br/>
        <w:t xml:space="preserve">            "field": "手机",</w:t>
        <w:br/>
        <w:t xml:space="preserve">            "value": "88888888888"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null,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提交任务奖励领取表单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submitAcceptInfoTest()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"https://api.polyv.net/live/v4/user/viewer-task-reward/submit-accept-info";</w:t>
        <w:br/>
        <w:t xml:space="preserve">    //业务参数</w:t>
        <w:br/>
        <w:t xml:space="preserve">    String postJson = "{"id":1693913,"viewerId":"2_844u9odbkqq8eum0rpotqbexwqlio6pq","formInfo":[{"type":"userName","field":"姓名","tips":"请输入您的名称","required":true,"value":"1e0zj"}]}";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postJson, null);</w:t>
        <w:br/>
        <w:br/>
        <w:t xml:space="preserve">    log.info("测试提交任务奖励领取表单结果：{}",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10465,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观众提交任务奖励表单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