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停止任务奖励活动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1、提前结束正在进行中的任务奖励活动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https://api.polyv.net/live/v4/channel/task-reward-activity/stop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https://api.polyv.net/live/v4/channel/task-reward-activity/stop?activityId=1134&amp;appId=frlr1zazn3&amp;sign=012332FBD8DBCFC068AFCB484A2ADECB&amp;timestamp=1670550787318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null,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删除任务奖励活动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stopTaskRewardTest()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Long activityId = 1134;</w:t>
        <w:br/>
        <w:t xml:space="preserve">        //业务参数</w:t>
        <w:br/>
        <w:t xml:space="preserve">        String url = "https://api.polyv.net/live/v4/channel/task-reward-activity/stop";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requestMap.put("activityId", activityId);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log.info("测试删除任务奖励活动成功：{}",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停止任务奖励活动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