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查询任务奖励活动分页列表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1、查询任务奖励活动分页列表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https://api.polyv.net/live/v4/channel/task-reward-activity/page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页面大小（默认10，最大1000）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页码（目前限制最大值1000页）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https://api.polyv.net/live/v4/channel/task-reward-activity/page?channelId=4854808&amp;pageSize=10&amp;pageNumber=1&amp;appId=frlr1zazn3&amp;sign=012332FBD8DBCFC068AFCB484A2ADECB&amp;timestamp=1670550787318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"aa9f6d7d-b67b-45de-b5d6-4e0302e4c609",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"activityId": 1519,</w:t>
        <w:br/>
        <w:t xml:space="preserve">                "userId": "cc167950af",</w:t>
        <w:br/>
        <w:t xml:space="preserve">                "channelId": 4990862,</w:t>
        <w:br/>
        <w:t xml:space="preserve">                "activityName": "123",</w:t>
        <w:br/>
        <w:t xml:space="preserve">                "activityMode": 1,</w:t>
        <w:br/>
        <w:t xml:space="preserve">                "taskRule": 2,</w:t>
        <w:br/>
        <w:t xml:space="preserve">                "status": 0,</w:t>
        <w:br/>
        <w:t xml:space="preserve">                "startTime": 1720611960000,</w:t>
        <w:br/>
        <w:t xml:space="preserve">                "endTime": 1720623600000,</w:t>
        <w:br/>
        <w:t xml:space="preserve">                "tasks": [</w:t>
        <w:br/>
        <w:t xml:space="preserve">                    {</w:t>
        <w:br/>
        <w:t xml:space="preserve">                        "taskId": 4827,</w:t>
        <w:br/>
        <w:t xml:space="preserve">                        "sort": 1,</w:t>
        <w:br/>
        <w:t xml:space="preserve">                        "startTime": 1720611960000,</w:t>
        <w:br/>
        <w:t xml:space="preserve">                        "endTime": 1720623600000,</w:t>
        <w:br/>
        <w:t xml:space="preserve">                        "reachCondition": {</w:t>
        <w:br/>
        <w:t xml:space="preserve">                            "type": "sign",</w:t>
        <w:br/>
        <w:t xml:space="preserve">                            "amount": 1</w:t>
        <w:br/>
        <w:t xml:space="preserve">                        },</w:t>
        <w:br/>
        <w:t xml:space="preserve">                        "rewardSetting": {</w:t>
        <w:br/>
        <w:t xml:space="preserve">                            "type": "cash",</w:t>
        <w:br/>
        <w:t xml:space="preserve">                            "amount": 30,</w:t>
        <w:br/>
        <w:t xml:space="preserve">                            "limit": 1,</w:t>
        <w:br/>
        <w:t xml:space="preserve">                            "customReward": ""</w:t>
        <w:br/>
        <w:t xml:space="preserve">                        }</w:t>
        <w:br/>
        <w:t xml:space="preserve">                    }</w:t>
        <w:br/>
        <w:t xml:space="preserve">                ]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任务奖励活动分页数据【详见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总分页数量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活动数据列表【详见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活动名称，最大长度64个字符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活动状态：0：已结束，1：未开始，2：进行中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taskRule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任务规则：1：解锁任务，2：并行任务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活动结束时间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任务规则列表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tasks字段说明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tasks参数描述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reachCondition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达成条件设置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reachCondition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rewardSetting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奖励设置</w:t>
            </w:r>
          </w:p>
        </w:tc>
      </w:tr>
    </w:tbl>
    <w:p>
      <w:pPr>
        <w:spacing w:after="40"/>
      </w:pPr>
    </w:p>
    <w:p>
      <w:pPr>
        <w:pStyle w:val="Heading2"/>
      </w:pPr>
      <w:r>
        <w:t>reachCondition参数描述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达成条件（sign：签到，online：在线时长，questionnaire：答题，custom：自定义）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达成数值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题目ID，达成条件为questionnaire时必传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customEvent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自定义任务事件，达成条件为custom时必传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customEventName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customIcon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自定义任务图标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自定义任务单位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customButtonText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自定义任务按钮文案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customReachText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自定义任务达成文案，eg: {customEventName}完成：{amount}{customUnit}</w:t>
            </w:r>
          </w:p>
        </w:tc>
      </w:tr>
    </w:tbl>
    <w:p>
      <w:pPr>
        <w:spacing w:after="40"/>
      </w:pPr>
    </w:p>
    <w:p>
      <w:pPr>
        <w:pStyle w:val="Heading2"/>
      </w:pPr>
      <w:r>
        <w:t>rewardSetting参数描述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cash:现金,custom:自定义,nothing:无奖励,externalPoint:外部积分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奖励数值（type为cash时，现金单位是分）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customReward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自定义奖励，非必填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删除任务奖励活动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pageTaskRewardTest()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Integer channelId = 4990862;</w:t>
        <w:br/>
        <w:t xml:space="preserve">        Integer pageSize = 10;</w:t>
        <w:br/>
        <w:t xml:space="preserve">        Integer pageNumber = 1;</w:t>
        <w:br/>
        <w:t xml:space="preserve">        //业务参数</w:t>
        <w:br/>
        <w:t xml:space="preserve">        String url = "https://api.polyv.net/live/v4/channel/task-reward-activity/page";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requestMap.put("channelId", channelId);</w:t>
        <w:br/>
        <w:t xml:space="preserve">        requestMap.put("pageSize", pageSize);</w:t>
        <w:br/>
        <w:t xml:space="preserve">        requestMap.put("pageNumber", pageNumber);</w:t>
        <w:br/>
        <w:t xml:space="preserve">        requestMap.put("sign", LiveSignUtil.getSign(requestMap, appSecret));</w:t>
        <w:br/>
        <w:t xml:space="preserve">        String response = HttpUtil.get(url, requestMap);</w:t>
        <w:br/>
        <w:t xml:space="preserve">        log.info("测试任务奖励活动分页查询成功：{}", response);</w:t>
        <w:br/>
        <w:t xml:space="preserve">    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"aa9f6d7d-b67b-45de-b5d6-4e0302e4c609",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3,</w:t>
        <w:br/>
        <w:t xml:space="preserve">        "contents": [</w:t>
        <w:br/>
        <w:t xml:space="preserve">            {</w:t>
        <w:br/>
        <w:t xml:space="preserve">                "activityId": 1519,</w:t>
        <w:br/>
        <w:t xml:space="preserve">                "userId": "cc167950af",</w:t>
        <w:br/>
        <w:t xml:space="preserve">                "channelId": 4990862,</w:t>
        <w:br/>
        <w:t xml:space="preserve">                "activityName": "123",</w:t>
        <w:br/>
        <w:t xml:space="preserve">                "activityMode": 1,</w:t>
        <w:br/>
        <w:t xml:space="preserve">                "taskRule": 2,</w:t>
        <w:br/>
        <w:t xml:space="preserve">                "status": 0,</w:t>
        <w:br/>
        <w:t xml:space="preserve">                "startTime": 1720611960000,</w:t>
        <w:br/>
        <w:t xml:space="preserve">                "endTime": 1720623600000,</w:t>
        <w:br/>
        <w:t xml:space="preserve">                "tasks": [</w:t>
        <w:br/>
        <w:t xml:space="preserve">                    {</w:t>
        <w:br/>
        <w:t xml:space="preserve">                        "taskId": 4827,</w:t>
        <w:br/>
        <w:t xml:space="preserve">                        "sort": 1,</w:t>
        <w:br/>
        <w:t xml:space="preserve">                        "startTime": 1720611960000,</w:t>
        <w:br/>
        <w:t xml:space="preserve">                        "endTime": 1720623600000,</w:t>
        <w:br/>
        <w:t xml:space="preserve">                        "reachCondition": {</w:t>
        <w:br/>
        <w:t xml:space="preserve">                            "type": "sign",</w:t>
        <w:br/>
        <w:t xml:space="preserve">                            "amount": 1</w:t>
        <w:br/>
        <w:t xml:space="preserve">                        },</w:t>
        <w:br/>
        <w:t xml:space="preserve">                        "rewardSetting": {</w:t>
        <w:br/>
        <w:t xml:space="preserve">                            "type": "cash",</w:t>
        <w:br/>
        <w:t xml:space="preserve">                            "amount": 30,</w:t>
        <w:br/>
        <w:t xml:space="preserve">                            "limit": 1,</w:t>
        <w:br/>
        <w:t xml:space="preserve">                            "customReward": ""</w:t>
        <w:br/>
        <w:t xml:space="preserve">                        }</w:t>
        <w:br/>
        <w:t xml:space="preserve">                    },</w:t>
        <w:br/>
        <w:t xml:space="preserve">                    {</w:t>
        <w:br/>
        <w:t xml:space="preserve">                        "taskId": 4828,</w:t>
        <w:br/>
        <w:t xml:space="preserve">                        "sort": 2,</w:t>
        <w:br/>
        <w:t xml:space="preserve">                        "startTime": 1720611960000,</w:t>
        <w:br/>
        <w:t xml:space="preserve">                        "endTime": 1720623600000,</w:t>
        <w:br/>
        <w:t xml:space="preserve">                        "reachCondition": {</w:t>
        <w:br/>
        <w:t xml:space="preserve">                            "type": "online",</w:t>
        <w:br/>
        <w:t xml:space="preserve">                            "amount": 5</w:t>
        <w:br/>
        <w:t xml:space="preserve">                        },</w:t>
        <w:br/>
        <w:t xml:space="preserve">                        "rewardSetting": {</w:t>
        <w:br/>
        <w:t xml:space="preserve">                            "type": "cash",</w:t>
        <w:br/>
        <w:t xml:space="preserve">                            "amount": 30,</w:t>
        <w:br/>
        <w:t xml:space="preserve">                            "limit": -1,</w:t>
        <w:br/>
        <w:t xml:space="preserve">                            "customReward": ""</w:t>
        <w:br/>
        <w:t xml:space="preserve">                        }</w:t>
        <w:br/>
        <w:t xml:space="preserve">                    }</w:t>
        <w:br/>
        <w:t xml:space="preserve">                ]</w:t>
        <w:br/>
        <w:t xml:space="preserve">            },</w:t>
        <w:br/>
        <w:t xml:space="preserve">            {</w:t>
        <w:br/>
        <w:t xml:space="preserve">                "activityId": 1518,</w:t>
        <w:br/>
        <w:t xml:space="preserve">                "userId": "cc167950af",</w:t>
        <w:br/>
        <w:t xml:space="preserve">                "channelId": 4990862,</w:t>
        <w:br/>
        <w:t xml:space="preserve">                "activityName": "解锁任务",</w:t>
        <w:br/>
        <w:t xml:space="preserve">                "activityMode": 1,</w:t>
        <w:br/>
        <w:t xml:space="preserve">                "taskRule": 1,</w:t>
        <w:br/>
        <w:t xml:space="preserve">                "status": 0,</w:t>
        <w:br/>
        <w:t xml:space="preserve">                "startTime": 1720611300000,</w:t>
        <w:br/>
        <w:t xml:space="preserve">                "endTime": 1720611849000,</w:t>
        <w:br/>
        <w:t xml:space="preserve">                "tasks": [</w:t>
        <w:br/>
        <w:t xml:space="preserve">                    {</w:t>
        <w:br/>
        <w:t xml:space="preserve">                        "taskId": 4824,</w:t>
        <w:br/>
        <w:t xml:space="preserve">                        "sort": 1,</w:t>
        <w:br/>
        <w:t xml:space="preserve">                        "startTime": 1720611300000,</w:t>
        <w:br/>
        <w:t xml:space="preserve">                        "endTime": 1720612800000,</w:t>
        <w:br/>
        <w:t xml:space="preserve">                        "reachCondition": {</w:t>
        <w:br/>
        <w:t xml:space="preserve">                            "type": "sign",</w:t>
        <w:br/>
        <w:t xml:space="preserve">                            "amount": 1</w:t>
        <w:br/>
        <w:t xml:space="preserve">                        },</w:t>
        <w:br/>
        <w:t xml:space="preserve">                        "rewardSetting": {</w:t>
        <w:br/>
        <w:t xml:space="preserve">                            "type": "nothing",</w:t>
        <w:br/>
        <w:t xml:space="preserve">                            "amount": 0,</w:t>
        <w:br/>
        <w:t xml:space="preserve">                            "limit": 0,</w:t>
        <w:br/>
        <w:t xml:space="preserve">                            "customReward": ""</w:t>
        <w:br/>
        <w:t xml:space="preserve">                        }</w:t>
        <w:br/>
        <w:t xml:space="preserve">                    },</w:t>
        <w:br/>
        <w:t xml:space="preserve">                    {</w:t>
        <w:br/>
        <w:t xml:space="preserve">                        "taskId": 4825,</w:t>
        <w:br/>
        <w:t xml:space="preserve">                        "sort": 2,</w:t>
        <w:br/>
        <w:t xml:space="preserve">                        "startTime": 1720611300000,</w:t>
        <w:br/>
        <w:t xml:space="preserve">                        "endTime": 1720612800000,</w:t>
        <w:br/>
        <w:t xml:space="preserve">                        "reachCondition": {</w:t>
        <w:br/>
        <w:t xml:space="preserve">                            "type": "online",</w:t>
        <w:br/>
        <w:t xml:space="preserve">                            "amount": 1</w:t>
        <w:br/>
        <w:t xml:space="preserve">                        },</w:t>
        <w:br/>
        <w:t xml:space="preserve">                        "rewardSetting": {</w:t>
        <w:br/>
        <w:t xml:space="preserve">                            "type": "custom",</w:t>
        <w:br/>
        <w:t xml:space="preserve">                            "amount": 0,</w:t>
        <w:br/>
        <w:t xml:space="preserve">                            "limit": -1,</w:t>
        <w:br/>
        <w:t xml:space="preserve">                            "customReward": "自定义"</w:t>
        <w:br/>
        <w:t xml:space="preserve">                        }</w:t>
        <w:br/>
        <w:t xml:space="preserve">                    },</w:t>
        <w:br/>
        <w:t xml:space="preserve">                    {</w:t>
        <w:br/>
        <w:t xml:space="preserve">                        "taskId": 4826,</w:t>
        <w:br/>
        <w:t xml:space="preserve">                        "sort": 3,</w:t>
        <w:br/>
        <w:t xml:space="preserve">                        "startTime": 1720611300000,</w:t>
        <w:br/>
        <w:t xml:space="preserve">                        "endTime": 1720612800000,</w:t>
        <w:br/>
        <w:t xml:space="preserve">                        "reachCondition": {</w:t>
        <w:br/>
        <w:t xml:space="preserve">                            "type": "online",</w:t>
        <w:br/>
        <w:t xml:space="preserve">                            "amount": 2</w:t>
        <w:br/>
        <w:t xml:space="preserve">                        },</w:t>
        <w:br/>
        <w:t xml:space="preserve">                        "rewardSetting": {</w:t>
        <w:br/>
        <w:t xml:space="preserve">                            "type": "cash",</w:t>
        <w:br/>
        <w:t xml:space="preserve">                            "amount": 30,</w:t>
        <w:br/>
        <w:t xml:space="preserve">                            "limit": 1,</w:t>
        <w:br/>
        <w:t xml:space="preserve">                            "customReward": ""</w:t>
        <w:br/>
        <w:t xml:space="preserve">                        }</w:t>
        <w:br/>
        <w:t xml:space="preserve">                    }</w:t>
        <w:br/>
        <w:t xml:space="preserve">                ]</w:t>
        <w:br/>
        <w:t xml:space="preserve">            },</w:t>
        <w:br/>
        <w:t xml:space="preserve">            {</w:t>
        <w:br/>
        <w:t xml:space="preserve">                "activityId": 1517,</w:t>
        <w:br/>
        <w:t xml:space="preserve">                "userId": "cc167950af",</w:t>
        <w:br/>
        <w:t xml:space="preserve">                "channelId": 4990862,</w:t>
        <w:br/>
        <w:t xml:space="preserve">                "activityName": "英文测试",</w:t>
        <w:br/>
        <w:t xml:space="preserve">                "activityMode": 1,</w:t>
        <w:br/>
        <w:t xml:space="preserve">                "taskRule": 1,</w:t>
        <w:br/>
        <w:t xml:space="preserve">                "status": 0,</w:t>
        <w:br/>
        <w:t xml:space="preserve">                "startTime": 1720608180000,</w:t>
        <w:br/>
        <w:t xml:space="preserve">                "endTime": 1720609200000,</w:t>
        <w:br/>
        <w:t xml:space="preserve">                "tasks": [</w:t>
        <w:br/>
        <w:t xml:space="preserve">                    {</w:t>
        <w:br/>
        <w:t xml:space="preserve">                        "taskId": 4818,</w:t>
        <w:br/>
        <w:t xml:space="preserve">                        "sort": 1,</w:t>
        <w:br/>
        <w:t xml:space="preserve">                        "startTime": 1720608180000,</w:t>
        <w:br/>
        <w:t xml:space="preserve">                        "endTime": 1720609200000,</w:t>
        <w:br/>
        <w:t xml:space="preserve">                        "reachCondition": {</w:t>
        <w:br/>
        <w:t xml:space="preserve">                            "type": "sign",</w:t>
        <w:br/>
        <w:t xml:space="preserve">                            "amount": 1</w:t>
        <w:br/>
        <w:t xml:space="preserve">                        },</w:t>
        <w:br/>
        <w:t xml:space="preserve">                        "rewardSetting": {</w:t>
        <w:br/>
        <w:t xml:space="preserve">                            "type": "nothing",</w:t>
        <w:br/>
        <w:t xml:space="preserve">                            "amount": 0,</w:t>
        <w:br/>
        <w:t xml:space="preserve">                            "limit": 0,</w:t>
        <w:br/>
        <w:t xml:space="preserve">                            "customReward": ""</w:t>
        <w:br/>
        <w:t xml:space="preserve">                        }</w:t>
        <w:br/>
        <w:t xml:space="preserve">                    },</w:t>
        <w:br/>
        <w:t xml:space="preserve">                    {</w:t>
        <w:br/>
        <w:t xml:space="preserve">                        "taskId": 4819,</w:t>
        <w:br/>
        <w:t xml:space="preserve">                        "sort": 2,</w:t>
        <w:br/>
        <w:t xml:space="preserve">                        "startTime": 1720608180000,</w:t>
        <w:br/>
        <w:t xml:space="preserve">                        "endTime": 1720609200000,</w:t>
        <w:br/>
        <w:t xml:space="preserve">                        "reachCondition": {</w:t>
        <w:br/>
        <w:t xml:space="preserve">                            "type": "online",</w:t>
        <w:br/>
        <w:t xml:space="preserve">                            "amount": 1</w:t>
        <w:br/>
        <w:t xml:space="preserve">                        },</w:t>
        <w:br/>
        <w:t xml:space="preserve">                        "rewardSetting": {</w:t>
        <w:br/>
        <w:t xml:space="preserve">                            "type": "custom",</w:t>
        <w:br/>
        <w:t xml:space="preserve">                            "amount": 0,</w:t>
        <w:br/>
        <w:t xml:space="preserve">                            "limit": -1,</w:t>
        <w:br/>
        <w:t xml:space="preserve">                            "customReward": "测试"</w:t>
        <w:br/>
        <w:t xml:space="preserve">                        }</w:t>
        <w:br/>
        <w:t xml:space="preserve">                    },</w:t>
        <w:br/>
        <w:t xml:space="preserve">                    {</w:t>
        <w:br/>
        <w:t xml:space="preserve">                        "taskId": 4820,</w:t>
        <w:br/>
        <w:t xml:space="preserve">                        "sort": 3,</w:t>
        <w:br/>
        <w:t xml:space="preserve">                        "startTime": 1720608180000,</w:t>
        <w:br/>
        <w:t xml:space="preserve">                        "endTime": 1720609200000,</w:t>
        <w:br/>
        <w:t xml:space="preserve">                        "reachCondition": {</w:t>
        <w:br/>
        <w:t xml:space="preserve">                            "type": "online",</w:t>
        <w:br/>
        <w:t xml:space="preserve">                            "amount": 2</w:t>
        <w:br/>
        <w:t xml:space="preserve">                        },</w:t>
        <w:br/>
        <w:t xml:space="preserve">                        "rewardSetting": {</w:t>
        <w:br/>
        <w:t xml:space="preserve">                            "type": "cash",</w:t>
        <w:br/>
        <w:t xml:space="preserve">                            "amount": 30,</w:t>
        <w:br/>
        <w:t xml:space="preserve">                            "limit": -1,</w:t>
        <w:br/>
        <w:t xml:space="preserve">                            "customReward": ""</w:t>
        <w:br/>
        <w:t xml:space="preserve">                        }</w:t>
        <w:br/>
        <w:t xml:space="preserve">                    },</w:t>
        <w:br/>
        <w:t xml:space="preserve">                    {</w:t>
        <w:br/>
        <w:t xml:space="preserve">                        "taskId": 4821,</w:t>
        <w:br/>
        <w:t xml:space="preserve">                        "sort": 4,</w:t>
        <w:br/>
        <w:t xml:space="preserve">                        "startTime": 1720608180000,</w:t>
        <w:br/>
        <w:t xml:space="preserve">                        "endTime": 1720609200000,</w:t>
        <w:br/>
        <w:t xml:space="preserve">                        "reachCondition": {</w:t>
        <w:br/>
        <w:t xml:space="preserve">                            "type": "online",</w:t>
        <w:br/>
        <w:t xml:space="preserve">                            "amount": 3</w:t>
        <w:br/>
        <w:t xml:space="preserve">                        },</w:t>
        <w:br/>
        <w:t xml:space="preserve">                        "rewardSetting": {</w:t>
        <w:br/>
        <w:t xml:space="preserve">                            "type": "cash",</w:t>
        <w:br/>
        <w:t xml:space="preserve">                            "amount": 30,</w:t>
        <w:br/>
        <w:t xml:space="preserve">                            "limit": 1,</w:t>
        <w:br/>
        <w:t xml:space="preserve">                            "customReward": ""</w:t>
        <w:br/>
        <w:t xml:space="preserve">                        }</w:t>
        <w:br/>
        <w:t xml:space="preserve">                    }</w:t>
        <w:br/>
        <w:t xml:space="preserve">                ]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查询任务奖励活动分页列表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