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查询实时字幕语言类型枚举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1、查询实时字幕语言类型枚举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https://api.polyv.net/live/v4/channel/subtitle/language/list-all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https://api.polyv.net/live//v4/channel/subtitle/language/list-all?appId=frlr1zazn3&amp;sign=4049473DAEBBEFF778DABD1A25E3409B&amp;timestamp=1642732753732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请求失败时为空，请求成功时为字幕语言列表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语言code，例如：Chinese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语言描述，例如：中文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支持类型，source表示只支持原生，translate 仅支持翻译，all表示都可以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查询频道字幕配置信息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testListAllSubtitleLanguage()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"https://api.polyv.net/live/v4/channel/subtitle/language/list-all";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log.info("测试实时字幕语言类型枚举信息，返回值：{}",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"9bedc2b44dcc4fdb8db8352905a17993.71.17270604205500043",</w:t>
        <w:br/>
        <w:t xml:space="preserve">    "data": [</w:t>
        <w:br/>
        <w:t xml:space="preserve">      {</w:t>
        <w:br/>
        <w:t xml:space="preserve">        "code": "Chinese",</w:t>
        <w:br/>
        <w:t xml:space="preserve">        "text": "中文",</w:t>
        <w:br/>
        <w:t xml:space="preserve">        "type": "all"</w:t>
        <w:br/>
        <w:t xml:space="preserve">      },</w:t>
        <w:br/>
        <w:t xml:space="preserve">      {</w:t>
        <w:br/>
        <w:t xml:space="preserve">        "code": "English",</w:t>
        <w:br/>
        <w:t xml:space="preserve">        "text": "英文",</w:t>
        <w:br/>
        <w:t xml:space="preserve">        "type": "all"</w:t>
        <w:br/>
        <w:t xml:space="preserve">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查询实时字幕语言类型枚举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