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查询频道抽奖记录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旧版接口地址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查询频道抽奖记录(旧版)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1、查询频道发起抽奖记录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http://api.polyv.net/live/v4/channel/lottery/list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2、不传lotteryId抽奖Id时，startTime、endTime必传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3、传入lotteryId抽奖Id时，startTime、endTime可不传，即使传了也不生效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4、startTime、endTime查询时间跨度最大为365天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lotteryId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场次ID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开始时间，13位毫秒级时间戳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结束时间，13位毫秒级时间戳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每页数据大小，默认10条数据，最大1000条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http://api.polyv.net/live/v4/channel/lottery/list?appId=frlr1zazn3&amp;sign=CD02AC6E60EE047E7B491C8CB32D23AD&amp;startTime=1629679376000&amp;endTime=1661215376000&amp;channelId=2974342&amp;timestamp=1661480931047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中奖记录列表【详见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3"/>
      </w:pPr>
      <w: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每页数据量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页面总数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总数据量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当前页内容【详见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contents字段说明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contents参数描述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winnerCount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实际中奖人数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totalUsers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参与抽奖的人数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lotteryId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抽奖场次ID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账号userId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抽奖时的直播场次ID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lotteryRange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抽奖候选人范围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actor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按头衔抽奖时的头衔名称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奖品名称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amount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中奖人数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preset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预设中奖者，以英文逗号隔开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lotteryExt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抽奖的额外拓展信息【详见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lotteryExt字段说明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抽奖时间，十三位时间戳</w:t>
            </w:r>
          </w:p>
        </w:tc>
      </w:tr>
    </w:tbl>
    <w:p>
      <w:pPr>
        <w:spacing w:after="40"/>
      </w:pPr>
    </w:p>
    <w:p>
      <w:pPr>
        <w:pStyle w:val="Heading3"/>
      </w:pPr>
      <w:r>
        <w:t>lotteryExt参数描述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collectInfo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中奖用户领奖收集信息列表</w:t>
            </w:r>
          </w:p>
        </w:tc>
      </w:tr>
    </w:tbl>
    <w:p>
      <w:pPr>
        <w:spacing w:after="40"/>
      </w:pPr>
    </w:p>
    <w:p>
      <w:pPr>
        <w:pStyle w:val="Heading3"/>
      </w:pPr>
      <w:r>
        <w:t>collectInfo参数描述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field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tips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填写提示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LoggerFactory.getLogger(getClass());</w:t>
        <w:br/>
        <w:t>/**</w:t>
        <w:br/>
        <w:t xml:space="preserve"> * 查询频道中奖统计记录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getLotteryListTest()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br/>
        <w:t xml:space="preserve">    //业务参数</w:t>
        <w:br/>
        <w:t xml:space="preserve">    String url = "http://api.polyv.net/live/v4/channel/lottery/list";</w:t>
        <w:br/>
        <w:t xml:space="preserve">    String channelId = "2974342";</w:t>
        <w:br/>
        <w:t xml:space="preserve">    String lotteryId = "gcfflpd4ex";</w:t>
        <w:br/>
        <w:t xml:space="preserve">    String sessionId = "";</w:t>
        <w:br/>
        <w:t xml:space="preserve">    String startTime = "";</w:t>
        <w:br/>
        <w:t xml:space="preserve">    String endTime = "";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requestMap.put("channelId", channelId);</w:t>
        <w:br/>
        <w:t xml:space="preserve">    requestMap.put("lotteryId", lotteryId);</w:t>
        <w:br/>
        <w:t xml:space="preserve">    requestMap.put("sessionId", sessionId);</w:t>
        <w:br/>
        <w:t xml:space="preserve">    requestMap.put("startTime", startTime);</w:t>
        <w:br/>
        <w:t xml:space="preserve">    requestMap.put("endTime", endTime);</w:t>
        <w:br/>
        <w:br/>
        <w:t xml:space="preserve">    requestMap.put("sign", LiveSignUtil.getSign(requestMap, appSecret));</w:t>
        <w:br/>
        <w:br/>
        <w:t xml:space="preserve">    String response = HttpUtil.get(url, requestMap);</w:t>
        <w:br/>
        <w:t xml:space="preserve">    log.info("测试查询频道中奖统计记录成功：{}",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"c4a7fb9af5624cbabeb47a4d04c4e13b.72.16614809866840885",</w:t>
        <w:br/>
        <w:t xml:space="preserve">    "data": {</w:t>
        <w:br/>
        <w:t xml:space="preserve">        "pageNumber": 1,</w:t>
        <w:br/>
        <w:t xml:space="preserve">        "pageSize": 10,</w:t>
        <w:br/>
        <w:t xml:space="preserve">        "totalPages": 1,</w:t>
        <w:br/>
        <w:t xml:space="preserve">        "totalItems": 1,</w:t>
        <w:br/>
        <w:t xml:space="preserve">        "contents": [</w:t>
        <w:br/>
        <w:t xml:space="preserve">            {</w:t>
        <w:br/>
        <w:t xml:space="preserve">                "winnerCount": 2,</w:t>
        <w:br/>
        <w:t xml:space="preserve">                "totalUsers": 11,</w:t>
        <w:br/>
        <w:t xml:space="preserve">                "lotteryId": "gcfflpd4ex",</w:t>
        <w:br/>
        <w:t xml:space="preserve">                "channelId": 2974342,</w:t>
        <w:br/>
        <w:t xml:space="preserve">                "userId": "1b448be323",</w:t>
        <w:br/>
        <w:t xml:space="preserve">                "sessionId": "gcfd814thr",</w:t>
        <w:br/>
        <w:t xml:space="preserve">                "lotteryRange": "all",</w:t>
        <w:br/>
        <w:t xml:space="preserve">                "actor": null,</w:t>
        <w:br/>
        <w:t xml:space="preserve">                "prize": "一等奖",</w:t>
        <w:br/>
        <w:t xml:space="preserve">                "amount": 3,</w:t>
        <w:br/>
        <w:t xml:space="preserve">                "preset": "",</w:t>
        <w:br/>
        <w:t xml:space="preserve">                "lotteryExt": {</w:t>
        <w:br/>
        <w:t xml:space="preserve">                    "collectInfo": [</w:t>
        <w:br/>
        <w:t xml:space="preserve">                        {</w:t>
        <w:br/>
        <w:t xml:space="preserve">                            "field": "姓名：",</w:t>
        <w:br/>
        <w:t xml:space="preserve">                            "tips": "请输入您的真实姓名"</w:t>
        <w:br/>
        <w:t xml:space="preserve">                        },</w:t>
        <w:br/>
        <w:t xml:space="preserve">                        {</w:t>
        <w:br/>
        <w:t xml:space="preserve">                            "field": "手机：",</w:t>
        <w:br/>
        <w:t xml:space="preserve">                            "tips": "请输入您的手机号码"</w:t>
        <w:br/>
        <w:t xml:space="preserve">                        }</w:t>
        <w:br/>
        <w:t xml:space="preserve">                    ]</w:t>
        <w:br/>
        <w:t xml:space="preserve">                },</w:t>
        <w:br/>
        <w:t xml:space="preserve">                "createdTime": 1660022052000</w:t>
        <w:br/>
        <w:t xml:space="preserve">            }</w:t>
        <w:br/>
        <w:t xml:space="preserve">        ]</w:t>
        <w:br/>
        <w:t xml:space="preserve">    },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查询频道抽奖记录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