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查询邀请海报明细数据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1、分页查询邀请海报明细数据统计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http://api.polyv.net/live/v4/channel/invite/list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2、开始时间、结束时间的时间跨度最多12个月，默认查询最近12个月数据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senderViewerId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每页数据大小，默认10条数据，最大1000条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http://api.polyv.net/live/v4/channel/invite/list?appId=frlr1zazn3&amp;sign=4C1BD42EA7269623987B3AD78184C5F5&amp;channelId=2272655&amp;timestamp=1652412966735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自定义邀请Id（默认为空，需要配置才有值）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邀请人ViewerID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邀请人头像url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海报生成时间，13位毫秒级时间戳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受邀人ViewerId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受邀人头像url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receiverLivePlayDuration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受邀人直播观看时长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receiverPlaybackPlayDuration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受邀人回放观看时长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receiverCheckInCount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受邀人签到次数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receiverRegion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receiverCity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受邀人城市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查询邀请海报明细数据统计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getInviteStatsTest()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"http://api.polyv.net/live/v4/channel/invite/list";</w:t>
        <w:br/>
        <w:t xml:space="preserve">    String channelId = "2272655";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log.info("测试查询邀请海报明细数据统计成功：{}",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"7e1dbcafd52042dba58123f11b82a3be.63.16566368534184845",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"invitee": null,</w:t>
        <w:br/>
        <w:t xml:space="preserve">                "openId": "ovtl9t44bqXDfubCPlAukB5ImaeQ",</w:t>
        <w:br/>
        <w:t xml:space="preserve">                "viewerId": "ovtl9t44bqXDfubCPlAukB5ImaeQ",</w:t>
        <w:br/>
        <w:t xml:space="preserve">                "nickname": "sadboy",</w:t>
        <w:br/>
        <w:t xml:space="preserve">                "createdTime": 1651219412000,</w:t>
        <w:br/>
        <w:t xml:space="preserve">                "receiverNickname": "阿白",</w:t>
        <w:br/>
        <w:t xml:space="preserve">                "receiverOpenId": "ovtl9t71yTtyEsGESz3N4kdp01Hw",</w:t>
        <w:br/>
        <w:t xml:space="preserve">                "receiverViewerId": "ovtl9t71yTtyEsGESz3N4kdp01Hw",</w:t>
        <w:br/>
        <w:t xml:space="preserve">                "receiverTime": 1651219575000,</w:t>
        <w:br/>
        <w:t xml:space="preserve">                "receiverAvatar": "https://thirdwx.qlogo.cn/mmopen/vi_32/Q3auHgzwzM7tL1eMbJXrbg64nibHqqJUCde9EzoPXQZhFyf7konCRvdGfpH8vD46pMiaLibStiboJVKbszGoKXhEhA/132",</w:t>
        <w:br/>
        <w:t xml:space="preserve">                "avatar": "https://thirdwx.qlogo.cn/mmopen/vi_32/Q3auHgzwzM6n3d8AYtzyMiaE1U4fYNAJ7rXJExuB4a2dMweEsPJS4qLcBYK22bXibfa4mJGKSULBKBCMicKJaKtqw/132",</w:t>
        <w:br/>
        <w:t xml:space="preserve">                "TBname": null,</w:t>
        <w:br/>
        <w:t xml:space="preserve">                "TBnumber": null</w:t>
        <w:br/>
        <w:t xml:space="preserve">            },</w:t>
        <w:br/>
        <w:t xml:space="preserve">            {</w:t>
        <w:br/>
        <w:t xml:space="preserve">                "invitee": null,</w:t>
        <w:br/>
        <w:t xml:space="preserve">                "openId": "ovtl9t44bqXDfubCPlAukB5ImaeQ",</w:t>
        <w:br/>
        <w:t xml:space="preserve">                "viewerId": "ovtl9t44bqXDfubCPlAukB5ImaeQ",</w:t>
        <w:br/>
        <w:t xml:space="preserve">                "nickname": "sadboy",</w:t>
        <w:br/>
        <w:t xml:space="preserve">                "createdTime": 1651219412000,</w:t>
        <w:br/>
        <w:t xml:space="preserve">                "receiverNickname": "神经蛙",</w:t>
        <w:br/>
        <w:t xml:space="preserve">                "receiverOpenId": "ovtl9twa7JHyHBBA8QUNVjjM4WIs",</w:t>
        <w:br/>
        <w:t xml:space="preserve">                "receiverViewerId": "ovtl9twa7JHyHBBA8QUNVjjM4WIs",</w:t>
        <w:br/>
        <w:t xml:space="preserve">                "receiverTime": 1651219476000,</w:t>
        <w:br/>
        <w:t xml:space="preserve">                "receiverAvatar": "https://thirdwx.qlogo.cn/mmopen/vi_32/Q3auHgzwzM48yCrkV6bNEauNqC60hZJ38eZkVt5YBiasWbq4MA9I5kgs6Oodicc5vpXSICosTibybCT5mgibhIwCNA/132",</w:t>
        <w:br/>
        <w:t xml:space="preserve">                "avatar": "https://thirdwx.qlogo.cn/mmopen/vi_32/Q3auHgzwzM6n3d8AYtzyMiaE1U4fYNAJ7rXJExuB4a2dMweEsPJS4qLcBYK22bXibfa4mJGKSULBKBCMicKJaKtqw/132",</w:t>
        <w:br/>
        <w:t xml:space="preserve">                "TBname": null,</w:t>
        <w:br/>
        <w:t xml:space="preserve">                "TBnumber": null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查询邀请海报明细数据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