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查询系列直播场次列表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1、查询系列直播场次列表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http://api.polyv.net/live/v4/channel/session/new/list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频道号(不传默认获取整个账号下的所有场次)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http://api.polyv.net/live/v4/channel/session/new/list?appId=frlr1zazn3&amp;timestamp=1632809855078&amp;channelId=2588188&amp;sign=D02FA683640135D843D485EE84F6632A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请求失败时为空，请求成功时为频道场次信息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diskVideoVO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硬盘推流视频信息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diskVideoVO字段描述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interactionScriptVO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互动脚本信息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interactionScriptVO字段描述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计划结束时间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planStartTime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计划开始时间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pushClient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推流客户端类型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splashImgBackgroundId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封面图的背景模板ID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splashLargeImg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竖屏、大图模式的封面图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场次状态(unStart:未开始，live:直播中，end:已结束，playback:回放中，expired:已过期)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观看地址</w:t>
            </w:r>
          </w:p>
        </w:tc>
      </w:tr>
    </w:tbl>
    <w:p>
      <w:pPr>
        <w:spacing w:after="40"/>
      </w:pPr>
    </w:p>
    <w:p>
      <w:pPr>
        <w:pStyle w:val="Heading3"/>
      </w:pPr>
      <w:r>
        <w:t>diskVideoVO字段描述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时长（格式：HH:mm:dd）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durationSecond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首帧图片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播放类型(normal:普通播放，loop:循环播放)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3"/>
      </w:pPr>
      <w:r>
        <w:t>interactionScriptVO字段描述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脚本ID(主键)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脚本名称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获取新场次列表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//API请求地址</w:t>
        <w:br/>
        <w:t xml:space="preserve">    String url = "http://api.polyv.net/live/v4/channel/session/new/list";</w:t>
        <w:br/>
        <w:t xml:space="preserve">    String timestamp = String.valueOf(System.currentTimeMillis());</w:t>
        <w:br/>
        <w:t xml:space="preserve">    //请求参数</w:t>
        <w:br/>
        <w:t xml:space="preserve">    Map&lt;String, String&gt; params = new HashMap&lt;String, String&gt;();</w:t>
        <w:br/>
        <w:t xml:space="preserve">    params.put("appId", appId);</w:t>
        <w:br/>
        <w:t xml:space="preserve">    params.put("timestamp", timestamp);</w:t>
        <w:br/>
        <w:t xml:space="preserve">    params.put("channelId", "2588188");</w:t>
        <w:br/>
        <w:t xml:space="preserve">    //生成签名</w:t>
        <w:br/>
        <w:t xml:space="preserve">    String sign = LiveSignUtil.getSign(params, appSecret);</w:t>
        <w:br/>
        <w:t xml:space="preserve">    params.put("sign", sign);</w:t>
        <w:br/>
        <w:t xml:space="preserve">    //发送请求</w:t>
        <w:br/>
        <w:t xml:space="preserve">    String result = HttpUtil.sendGet(url, params);</w:t>
        <w:br/>
        <w:t xml:space="preserve">    //打印结果</w:t>
        <w:br/>
        <w:t xml:space="preserve">    log.info("返回值：{}", response);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"channelId": 2588188,</w:t>
        <w:br/>
        <w:t xml:space="preserve">                "sessionId": "e9s2h3jd8f",</w:t>
        <w:br/>
        <w:t xml:space="preserve">                "name": "测试场次1",</w:t>
        <w:br/>
        <w:t xml:space="preserve">                "endTime": 1761201953000,</w:t>
        <w:br/>
        <w:t xml:space="preserve">                "status": "end",</w:t>
        <w:br/>
        <w:t xml:space="preserve">                "createdTime": 1761201953000,</w:t>
        <w:br/>
        <w:t xml:space="preserve">                "planStartTime": 1761201953000,</w:t>
        <w:br/>
        <w:t xml:space="preserve">                "planEndTime": 1761201953000,</w:t>
        <w:br/>
        <w:t xml:space="preserve">                "streamType": "client",</w:t>
        <w:br/>
        <w:t xml:space="preserve">                "pushClient": "web",</w:t>
        <w:br/>
        <w:t xml:space="preserve">                "splashImg": "https://example.com/image1.jpg",</w:t>
        <w:br/>
        <w:t xml:space="preserve">                "splashLargeImg": "https://example.com/large-image1.jpg",</w:t>
        <w:br/>
        <w:t xml:space="preserve">                "splashImgBackgroundId": 1,</w:t>
        <w:br/>
        <w:t xml:space="preserve">                "watchUrl": "https://live.polyv.net/2588188/e9s2h3jd8f",</w:t>
        <w:br/>
        <w:t xml:space="preserve">                "userId": "user123"</w:t>
        <w:br/>
        <w:t xml:space="preserve">            },</w:t>
        <w:br/>
        <w:t xml:space="preserve">            {</w:t>
        <w:br/>
        <w:t xml:space="preserve">                "channelId": 2588188,</w:t>
        <w:br/>
        <w:t xml:space="preserve">                "sessionId": "k7d9f2h1l5",</w:t>
        <w:br/>
        <w:t xml:space="preserve">                "name": "测试场次2",</w:t>
        <w:br/>
        <w:t xml:space="preserve">                "endTime": 1761201953000,</w:t>
        <w:br/>
        <w:t xml:space="preserve">                "status": "end",</w:t>
        <w:br/>
        <w:t xml:space="preserve">                "createdTime": 1761201953000,</w:t>
        <w:br/>
        <w:t xml:space="preserve">                "planStartTime": 1761201953000,</w:t>
        <w:br/>
        <w:t xml:space="preserve">                "planEndTime": 1761201953000,</w:t>
        <w:br/>
        <w:t xml:space="preserve">                "streamType": "client",</w:t>
        <w:br/>
        <w:t xml:space="preserve">                "pushClient": "web",</w:t>
        <w:br/>
        <w:t xml:space="preserve">                "splashImg": "https://example.com/image2.jpg",</w:t>
        <w:br/>
        <w:t xml:space="preserve">                "splashLargeImg": "https://example.com/large-image2.jpg",</w:t>
        <w:br/>
        <w:t xml:space="preserve">                "splashImgBackgroundId": 2,</w:t>
        <w:br/>
        <w:t xml:space="preserve">                "watchUrl": "https://live.polyv.net/2588188/k7d9f2h1l5",</w:t>
        <w:br/>
        <w:t xml:space="preserve">                "userId": "user123"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查询系列直播场次列表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