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删除系列直播场次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1、删除系列直播场次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http://api.polyv.net/live/v4/channel/session/new/delete?appId=frlr1zazn3&amp;timestamp=1632809855078&amp;channelId=2588188&amp;sign=D02FA683640135D843D485EE84F6632A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"sessionId": "e9s2h3jd8f"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成功响应的数据，删除成功时为空对象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删除新版场次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testSessionNewDeleteV4()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String url = "http://api.polyv.net/live/v4/channel/session/new/delete";</w:t>
        <w:br/>
        <w:br/>
        <w:t xml:space="preserve">    Map&lt;String, String&gt; query = new HashMap&lt;&gt;();</w:t>
        <w:br/>
        <w:t xml:space="preserve">    query.put("appId", appId);</w:t>
        <w:br/>
        <w:t xml:space="preserve">    query.put("timestamp", timestamp);</w:t>
        <w:br/>
        <w:t xml:space="preserve">    query.put("channelId", "2588188");</w:t>
        <w:br/>
        <w:t xml:space="preserve">    query.put("sign", LiveSignUtil.getSign(query, appSecret));</w:t>
        <w:br/>
        <w:br/>
        <w:t xml:space="preserve">    Map&lt;String, Object&gt; body = new HashMap&lt;&gt;();</w:t>
        <w:br/>
        <w:t xml:space="preserve">    body.put("sessionId", "e9s2h3jd8f");</w:t>
        <w:br/>
        <w:br/>
        <w:t xml:space="preserve">    String fullUrl = HttpUtil.appendUrl(url, query);</w:t>
        <w:br/>
        <w:t xml:space="preserve">    String response = HttpUtil.postJsonBody(fullUrl, JSON.toJSONString(body), null);</w:t>
        <w:br/>
        <w:t xml:space="preserve">    log.info("返回值：{}",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"847f0716fa76461baf8979aaa4415dc3.67.16342672396023837",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"4081dbac03e6441e8bdd301d8feee5a2.124.16360831818611581",</w:t>
        <w:br/>
        <w:t xml:space="preserve">  "error": {</w:t>
        <w:br/>
        <w:t xml:space="preserve">    "code": 20001,</w:t>
        <w:br/>
        <w:t xml:space="preserve">    "desc": "application not found."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删除系列直播场次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