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创建系列直播场次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1、创建系列直播场次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 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 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interactionScriptId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互动脚本ID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播放方式（normal普通播放、loop循环播放）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场次封面图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竖屏引导大图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场次封面背景图ID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流类型（普通直播：client/伪直播：realDiskVideo）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伪直播对应素材库视频ID（streamType为realDiskVideo时必传）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http://api.polyv.net/live/v4/channel/session/new/create?appId=frlr1zazn3&amp;timestamp=1632809855078&amp;channelId=2588188&amp;sign=D02FA683640135D843D485EE84F6632A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"name": "专题直播-新品发布会",</w:t>
        <w:br/>
        <w:t xml:space="preserve">  "planStartTime": 1761201943000,</w:t>
        <w:br/>
        <w:t xml:space="preserve">  "planEndTime": 1761201953000,</w:t>
        <w:br/>
        <w:t xml:space="preserve">  "interactionScriptId": 123,</w:t>
        <w:br/>
        <w:t xml:space="preserve">  "playType": "normal",</w:t>
        <w:br/>
        <w:t xml:space="preserve">  "splashImg": "https://example.com/splash.jpg",</w:t>
        <w:br/>
        <w:t xml:space="preserve">  "splashLargeImg": "https://example.com/splash-large.jpg",</w:t>
        <w:br/>
        <w:t xml:space="preserve">  "splashImgBackgroundId": "1",</w:t>
        <w:br/>
        <w:t xml:space="preserve">  "streamType": "client",</w:t>
        <w:br/>
        <w:t xml:space="preserve">  "videoPoolId": "vid_abc123"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竖屏、大图模式的封面图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封面图的背景模板id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场次类型(manual:手动创建场次，auto:自动创建场次)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创建新版场次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testSessionNewCreateV4()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"http://api.polyv.net/live/v4/channel/session/new/create";</w:t>
        <w:br/>
        <w:br/>
        <w:t xml:space="preserve">    Map&lt;String, String&gt; query = new HashMap&lt;&gt;();</w:t>
        <w:br/>
        <w:t xml:space="preserve">    query.put("appId", appId);</w:t>
        <w:br/>
        <w:t xml:space="preserve">    query.put("timestamp", timestamp);</w:t>
        <w:br/>
        <w:t xml:space="preserve">    query.put("channelId", "2588188");</w:t>
        <w:br/>
        <w:t xml:space="preserve">    query.put("sign", LiveSignUtil.getSign(query, appSecret));</w:t>
        <w:br/>
        <w:br/>
        <w:t xml:space="preserve">    Map&lt;String, Object&gt; body = new HashMap&lt;&gt;();</w:t>
        <w:br/>
        <w:t xml:space="preserve">    body.put("name", "专题直播-新品发布会");</w:t>
        <w:br/>
        <w:t xml:space="preserve">    body.put("planStartTime", "1761201943000");</w:t>
        <w:br/>
        <w:t xml:space="preserve">    body.put("planEndTime", "1761201953000");</w:t>
        <w:br/>
        <w:t xml:space="preserve">    body.put("interactionScriptId", 123);</w:t>
        <w:br/>
        <w:t xml:space="preserve">    body.put("playType", "normal");</w:t>
        <w:br/>
        <w:t xml:space="preserve">    body.put("videoPoolId", "vid_abc123");</w:t>
        <w:br/>
        <w:br/>
        <w:t xml:space="preserve">    String fullUrl = HttpUtil.appendUrl(url, query);</w:t>
        <w:br/>
        <w:t xml:space="preserve">    String response = HttpUtil.postJsonBody(fullUrl, JSON.toJSONString(body), null);</w:t>
        <w:br/>
        <w:t xml:space="preserve">    log.info("返回值：{}",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"847f0716fa76461baf8979aaa4415dc3.67.16342672396023837",</w:t>
        <w:br/>
        <w:t xml:space="preserve">  "data": {</w:t>
        <w:br/>
        <w:t xml:space="preserve">    "channelId": 2588188,</w:t>
        <w:br/>
        <w:t xml:space="preserve">    "userId": "1b448be323",</w:t>
        <w:br/>
        <w:t xml:space="preserve">    "sessionId": "e9s2h3jd8f",</w:t>
        <w:br/>
        <w:t xml:space="preserve">    "name": "专题直播-新品发布会",</w:t>
        <w:br/>
        <w:t xml:space="preserve">    "startTime": 1761201943000,</w:t>
        <w:br/>
        <w:t xml:space="preserve">    "endTime": null,</w:t>
        <w:br/>
        <w:t xml:space="preserve">    "createdTime": 1761201943000,</w:t>
        <w:br/>
        <w:t xml:space="preserve">    "planStartTime": 1761201943000,</w:t>
        <w:br/>
        <w:t xml:space="preserve">    "planEndTime": 1761201953000,</w:t>
        <w:br/>
        <w:t xml:space="preserve">    "splashImg": "https://example.com/splash.jpg",</w:t>
        <w:br/>
        <w:t xml:space="preserve">    "splashLargeImg": "https://example.com/splash-large.jpg",</w:t>
        <w:br/>
        <w:t xml:space="preserve">    "splashImgBackgroundId": 1,</w:t>
        <w:br/>
        <w:t xml:space="preserve">    "pushClient": "client"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创建系列直播场次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