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批量查询主讲信息接口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1、批量查询主讲信息接口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http://api.polyv.net/live/v4/channel/account/teacher-list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频道ID列表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http://api.polyv.net/live/v4/channel/account/teacher-list?appId=fso8gzbxlr&amp;sign=386B2A96BE453F70FD9071A5190890B8&amp;timestamp=1721290785000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"channelIds": [12345678]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customTeacherId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自定义主讲ID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主讲头像URL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全局设置开关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公告功能开关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签到功能开关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投票功能开关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抽奖功能开关 Y：开启、N：关闭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批量查询主讲信息接口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listTeacherTest()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"http://api.polyv.net/live/v4/channel/account/teacher-list";</w:t>
        <w:br/>
        <w:t xml:space="preserve">    List&lt;Integer&gt; channelIds = Arrays.asList(7198276);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jsonMap.put("channelIds", channelIds);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log.info("测试批量查询主讲信息接口成功：{}",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"7b1c35ad-1b22-4d19-978c-d12dd9643a74",</w:t>
        <w:br/>
        <w:tab/>
        <w:t>"data": [</w:t>
        <w:br/>
        <w:tab/>
        <w:tab/>
        <w:t>{</w:t>
        <w:br/>
        <w:tab/>
        <w:tab/>
        <w:tab/>
        <w:t>"channelId": 12345678,</w:t>
        <w:br/>
        <w:tab/>
        <w:tab/>
        <w:tab/>
        <w:t>"passwd": "12345678",</w:t>
        <w:br/>
        <w:tab/>
        <w:tab/>
        <w:tab/>
        <w:t>"userId": "12345678",</w:t>
        <w:br/>
        <w:tab/>
        <w:tab/>
        <w:tab/>
        <w:t>"nickname": "12345678",</w:t>
        <w:br/>
        <w:tab/>
        <w:tab/>
        <w:tab/>
        <w:t>"customTeacherId": "",</w:t>
        <w:br/>
        <w:tab/>
        <w:tab/>
        <w:tab/>
        <w:t>"actor": "456",</w:t>
        <w:br/>
        <w:tab/>
        <w:tab/>
        <w:tab/>
        <w:t>"avatar": "https://liveimages.videocc.net/uploaded/images/2025/10/12345678.jpg",</w:t>
        <w:br/>
        <w:tab/>
        <w:tab/>
        <w:tab/>
        <w:t>"globalSettingEnabled": "N",</w:t>
        <w:br/>
        <w:tab/>
        <w:tab/>
        <w:tab/>
        <w:t>"notifyEnabled": "N",</w:t>
        <w:br/>
        <w:tab/>
        <w:tab/>
        <w:tab/>
        <w:t>"checkinEnabled": "N",</w:t>
        <w:br/>
        <w:tab/>
        <w:tab/>
        <w:tab/>
        <w:t>"voteEnabled": "N",</w:t>
        <w:br/>
        <w:tab/>
        <w:tab/>
        <w:tab/>
        <w:t>"lotteryEnabled": "N"</w:t>
        <w:br/>
        <w:tab/>
        <w:tab/>
        <w:t>}</w:t>
        <w:br/>
        <w:tab/>
        <w:t>],</w:t>
        <w:br/>
        <w:tab/>
        <w:t>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批量查询主讲信息接口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