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分页查询频道点赞记录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1、分页查询频道点赞记录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http://api.polyv.net/live/v4/channel/reward/like-list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分页大小(最大不超过300)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查询的开始时间，13位时间戳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查询的结束时间，13位时间戳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http://api.polyv.net/live/v4/channel/reward/like-list?appId=frlr1zazn3&amp;timestamp=1665629374000&amp;sign=6CFA3141718E1AF0155889EEA2988206&amp;channelId=2974342&amp;pageNumber=1&amp;start=1676274217000&amp;end=1740107338672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统计列表信息【详见contents响应描述】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分页查询频道点赞记录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getChannelLikeListTest()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"http://api.polyv.net/live/v4/channel/reward/like-list";</w:t>
        <w:br/>
        <w:t xml:space="preserve">    Integer channelId = 3385357;</w:t>
        <w:br/>
        <w:t xml:space="preserve">    Long start = 1676274217000;</w:t>
        <w:br/>
        <w:t xml:space="preserve">    Long end = 1740107338672;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"" + channelId);</w:t>
        <w:br/>
        <w:t xml:space="preserve">    requestMap.put("start", "" + start);</w:t>
        <w:br/>
        <w:t xml:space="preserve">    requestMap.put("end", "" + end);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log.info("测试分页查询频道点赞记录成功：{}",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"f46e79d6c5a94dcc9a40de76a8ffa777.74.17306917836670585",</w:t>
        <w:br/>
        <w:t xml:space="preserve">  "data": {</w:t>
        <w:br/>
        <w:t xml:space="preserve">    "pageNumber": 1,</w:t>
        <w:br/>
        <w:t xml:space="preserve">    "pageSize": 10,</w:t>
        <w:br/>
        <w:t xml:space="preserve">    "totalPages": 1,</w:t>
        <w:br/>
        <w:t xml:space="preserve">    "totalItems": 2,</w:t>
        <w:br/>
        <w:t xml:space="preserve">    "contents": [</w:t>
        <w:br/>
        <w:t xml:space="preserve">      {</w:t>
        <w:br/>
        <w:t xml:space="preserve">        "userId": "aaaaaa",</w:t>
        <w:br/>
        <w:t xml:space="preserve">        "nickName": "昵称",</w:t>
        <w:br/>
        <w:t xml:space="preserve">        "timestamp": 1740107338672,</w:t>
        <w:br/>
        <w:t xml:space="preserve">        "count": 3,</w:t>
        <w:br/>
        <w:t xml:space="preserve">        "sessionId": "d1dre2rs8f"</w:t>
        <w:br/>
        <w:t xml:space="preserve">      },</w:t>
        <w:br/>
        <w:t xml:space="preserve">      {</w:t>
        <w:br/>
        <w:t xml:space="preserve">        "userId": "nnnnnn",</w:t>
        <w:br/>
        <w:t xml:space="preserve">        "nickName": "昵称2",</w:t>
        <w:br/>
        <w:t xml:space="preserve">        "timestamp": 1740107338672,</w:t>
        <w:br/>
        <w:t xml:space="preserve">        "count": 2,</w:t>
        <w:br/>
        <w:t xml:space="preserve">        "sessionId": "d1dre2rs8f"</w:t>
        <w:br/>
        <w:t xml:space="preserve">      }</w:t>
        <w:br/>
        <w:t xml:space="preserve">    ]</w:t>
        <w:br/>
        <w:t xml:space="preserve">  },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分页查询频道点赞记录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