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分页查询频道直播暂存列表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1、分页查询指定频道的直播暂存文件。</w:t>
        <w:br/>
        <w:t>2、暂存文件的剩余可用天数以账号当前生效的暂存保留配置为准。</w:t>
        <w:br/>
        <w:t>3、接口支持 HTTPS 协议。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https://api.polyv.net/live/v4/channel/record-file/list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1、接口调用有频率限制，建议使用 HTTPS，详见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调用限制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2、请在服务端生成签名并调用接口，严禁在 Web、App、小程序等客户端保存或使用 </w:t>
      </w:r>
      <w:r>
        <w:rPr>
          <w:rFonts w:ascii="Menlo" w:hAnsi="Menlo"/>
          <w:color w:val="444444"/>
          <w:sz w:val="20"/>
        </w:rPr>
        <w:t>appSecret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3、返回的仅为当前账号有权限访问的频道暂存文件；临时文件到期后不再返回。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 appId，详见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 13 位毫秒级时间戳，3 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32 位大写 MD5 签名。请参见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分页页码，默认 </w:t>
            </w:r>
            <w:r>
              <w:rPr>
                <w:rFonts w:ascii="Menlo" w:hAnsi="Menlo"/>
                <w:color w:val="444444"/>
                <w:sz w:val="17"/>
              </w:rPr>
              <w:t>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每页数据量，默认 </w:t>
            </w:r>
            <w:r>
              <w:rPr>
                <w:rFonts w:ascii="Menlo" w:hAnsi="Menlo"/>
                <w:color w:val="444444"/>
                <w:sz w:val="17"/>
              </w:rPr>
              <w:t>10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https://api.polyv.net/live/v4/channel/record-file/list?appId=yourAppId&amp;timestamp=1700000000000&amp;sign=YOUR_SIGN&amp;channelId=1234567&amp;pageNumber=1&amp;pageSize=10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 语义状态码，</w:t>
            </w:r>
            <w:r>
              <w:rPr>
                <w:rFonts w:ascii="Menlo" w:hAnsi="Menlo"/>
                <w:color w:val="444444"/>
                <w:sz w:val="17"/>
              </w:rPr>
              <w:t>200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表示请求成功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响应状态，成功为 </w:t>
            </w:r>
            <w:r>
              <w:rPr>
                <w:rFonts w:ascii="Menlo" w:hAnsi="Menlo"/>
                <w:color w:val="444444"/>
                <w:sz w:val="17"/>
              </w:rPr>
              <w:t>success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，失败为 </w:t>
            </w:r>
            <w:r>
              <w:rPr>
                <w:rFonts w:ascii="Menlo" w:hAnsi="Menlo"/>
                <w:color w:val="444444"/>
                <w:sz w:val="17"/>
              </w:rPr>
              <w:t>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 ID；排查问题时请一并提供，不应作为业务字段保存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请求失败时的错误信息，详见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 参数描述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 参数描述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当前页暂存文件列表，详见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 参数描述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开始录制时间，格式：</w:t>
            </w:r>
            <w:r>
              <w:rPr>
                <w:rFonts w:ascii="Menlo" w:hAnsi="Menlo"/>
                <w:color w:val="444444"/>
                <w:sz w:val="17"/>
              </w:rPr>
              <w:t>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结束录制时间，格式：</w:t>
            </w:r>
            <w:r>
              <w:rPr>
                <w:rFonts w:ascii="Menlo" w:hAnsi="Menlo"/>
                <w:color w:val="444444"/>
                <w:sz w:val="17"/>
              </w:rPr>
              <w:t>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文件大小，单位：字节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原始录制文件地址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 播放地址；未生成时为空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 播放地址；未生成时为空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当前直播场次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 ID；裁剪或合并文件可能与当前场次 ID 不同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文件来源：</w:t>
            </w:r>
            <w:r>
              <w:rPr>
                <w:rFonts w:ascii="Menlo" w:hAnsi="Menlo"/>
                <w:color w:val="444444"/>
                <w:sz w:val="17"/>
              </w:rPr>
              <w:t>manual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手动录制、</w:t>
            </w:r>
            <w:r>
              <w:rPr>
                <w:rFonts w:ascii="Menlo" w:hAnsi="Menlo"/>
                <w:color w:val="444444"/>
                <w:sz w:val="17"/>
              </w:rPr>
              <w:t>complete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自动录制完整回放、</w:t>
            </w:r>
            <w:r>
              <w:rPr>
                <w:rFonts w:ascii="Menlo" w:hAnsi="Menlo"/>
                <w:color w:val="444444"/>
                <w:sz w:val="17"/>
              </w:rPr>
              <w:t>part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自动录制片段、</w:t>
            </w:r>
            <w:r>
              <w:rPr>
                <w:rFonts w:ascii="Menlo" w:hAnsi="Menlo"/>
                <w:color w:val="444444"/>
                <w:sz w:val="17"/>
              </w:rPr>
              <w:t>merge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合并、</w:t>
            </w:r>
            <w:r>
              <w:rPr>
                <w:rFonts w:ascii="Menlo" w:hAnsi="Menlo"/>
                <w:color w:val="444444"/>
                <w:sz w:val="17"/>
              </w:rPr>
              <w:t>clip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裁剪、</w:t>
            </w:r>
            <w:r>
              <w:rPr>
                <w:rFonts w:ascii="Menlo" w:hAnsi="Menlo"/>
                <w:color w:val="444444"/>
                <w:sz w:val="17"/>
              </w:rPr>
              <w:t>smart-clip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智能裁剪、</w:t>
            </w:r>
            <w:r>
              <w:rPr>
                <w:rFonts w:ascii="Menlo" w:hAnsi="Menlo"/>
                <w:color w:val="444444"/>
                <w:sz w:val="17"/>
              </w:rPr>
              <w:t>material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素材库视频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permanentStorage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是否永久保存：</w:t>
            </w: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是，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daysLeft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剩余可用天数。临时文件按账号当前生效的暂存保留天数计算；请以该字段为准，不应按固定天数自行推算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对应观看页播放地址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视频首图地址，部分文件可能为空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"success": true,</w:t>
        <w:br/>
        <w:t xml:space="preserve">  "requestId": "示例请求ID",</w:t>
        <w:br/>
        <w:t xml:space="preserve">  "error": null,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1,</w:t>
        <w:br/>
        <w:t xml:space="preserve">    "contents": [</w:t>
        <w:br/>
        <w:t xml:space="preserve">      {</w:t>
        <w:br/>
        <w:t xml:space="preserve">        "fileId": "示例暂存文件ID",</w:t>
        <w:br/>
        <w:t xml:space="preserve">        "channelId": 1234567,</w:t>
        <w:br/>
        <w:t xml:space="preserve">        "name": "直播录制文件",</w:t>
        <w:br/>
        <w:t xml:space="preserve">        "startTime": "20260724074050",</w:t>
        <w:br/>
        <w:t xml:space="preserve">        "endTime": "20260724142655",</w:t>
        <w:br/>
        <w:t xml:space="preserve">        "duration": 24465,</w:t>
        <w:br/>
        <w:t xml:space="preserve">        "filesize": 0,</w:t>
        <w:br/>
        <w:t xml:space="preserve">        "mp4": "",</w:t>
        <w:br/>
        <w:t xml:space="preserve">        "m3u8": "",</w:t>
        <w:br/>
        <w:t xml:space="preserve">        "channelSessionId": "示例场次ID",</w:t>
        <w:br/>
        <w:t xml:space="preserve">        "originSessionId": "示例场次ID",</w:t>
        <w:br/>
        <w:t xml:space="preserve">        "origin": "complete",</w:t>
        <w:br/>
        <w:t xml:space="preserve">        "permanentStorage": "N",</w:t>
        <w:br/>
        <w:t xml:space="preserve">        "daysLeft": 53,</w:t>
        <w:br/>
        <w:t xml:space="preserve">        "watchUrl": ""</w:t>
        <w:br/>
        <w:t xml:space="preserve">      }</w:t>
        <w:br/>
        <w:t xml:space="preserve">    ]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20000,</w:t>
        <w:br/>
        <w:t xml:space="preserve">  "status": "error",</w:t>
        <w:br/>
        <w:t xml:space="preserve">  "success": false,</w:t>
        <w:br/>
        <w:t xml:space="preserve">  "error": {</w:t>
        <w:br/>
        <w:t xml:space="preserve">    "code": 20000,</w:t>
        <w:br/>
        <w:t xml:space="preserve">    "desc": "appId is required."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分页查询频道直播暂存列表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