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分页查询素材库频道直播回放列表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1、分页查询素材库频道直播回放列表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https://api.polyv.net/live/v4/channel/record-file/m-list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 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 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https://api.polyv.net/live/v4/channel/record-file/m-list?appId=frlr1zazn3&amp;sign=DABFF35FB3D25CAF37BB73F8944C2F44&amp;timestamp=1621840820088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请求失败时为空，请求成功时为频道录制视频信息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录制文件来源 manual：手动录制auto：自动录制merge：合并clip：裁剪smart-clip：智能裁剪 material：素材库视频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原始直播场次ID  当该录制文件为</w:t>
            </w:r>
            <w:r>
              <w:rPr>
                <w:rFonts w:ascii="Menlo" w:hAnsi="Menlo"/>
                <w:color w:val="444444"/>
                <w:sz w:val="17"/>
              </w:rPr>
              <w:t>手动录制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Menlo" w:hAnsi="Menlo"/>
                <w:color w:val="444444"/>
                <w:sz w:val="17"/>
              </w:rPr>
              <w:t>自动录制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时就等于当前直播场次ID 当该录制文件为</w:t>
            </w:r>
            <w:r>
              <w:rPr>
                <w:rFonts w:ascii="Menlo" w:hAnsi="Menlo"/>
                <w:color w:val="444444"/>
                <w:sz w:val="17"/>
              </w:rPr>
              <w:t>合并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Menlo" w:hAnsi="Menlo"/>
                <w:color w:val="444444"/>
                <w:sz w:val="17"/>
              </w:rPr>
              <w:t>裁剪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时为原始直播场次ID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录制文件类型  complete：完整回放 part：自动录制_片段 merge：手动合并clip：裁剪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mp4视频地址 url，素材库视频有防盗链过期时间为 1 天，过期后需要重新请求接口获取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查询频道录制视频信息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testGetChannelRecordInfo()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"https://api.polyv.net/live/v4/channel/record-file/m-list";</w:t>
        <w:br/>
        <w:t xml:space="preserve">    String channelId = "2139283";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log.info("测试分页查询素材库频道直播回放列表，返回值：{}",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"channelId":2191532,</w:t>
        <w:br/>
        <w:t xml:space="preserve">            "fileId":"94ea693e1733389ae2e7693ebdacbd43",</w:t>
        <w:br/>
        <w:t xml:space="preserve">            "mp4":"https://m-tc.videocc.net/record/record/recordf/1b448be323161536226913173df/2021-03-11-16-13-14_2021-03-11-16-15-07.mp4",</w:t>
        <w:br/>
        <w:t xml:space="preserve">            "startTime":"",</w:t>
        <w:br/>
        <w:t xml:space="preserve">            "endTime":"",</w:t>
        <w:br/>
        <w:t xml:space="preserve">            "fileSize":9200637,</w:t>
        <w:br/>
        <w:t xml:space="preserve">            "duration":114,</w:t>
        <w:br/>
        <w:t xml:space="preserve">            "channelSessionId":"fwmnnydr06",</w:t>
        <w:br/>
        <w:t xml:space="preserve">            "fileName":"Spring",</w:t>
        <w:br/>
        <w:t xml:space="preserve">            "origin": "material",</w:t>
        <w:br/>
        <w:t xml:space="preserve">            "originSessionId": "fwmnnydr06",</w:t>
        <w:br/>
        <w:t xml:space="preserve">            "firstImage": "https://videolib-tc.videocc.net/material/2025-02-10/146b754735/video/146b7547358326684597f3499fa44887/146b7547358326684597f3499fa44887_1.jpg",</w:t>
        <w:br/>
        <w:t xml:space="preserve">            "watchUrl": "//live.polyv.cn/watch/55708844?vid=a6b1459bb9fcd342893511b2226daae61db&amp;playbackType=material"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分页查询素材库频道直播回放列表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