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get record file outline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﻿# 获取暂存视频大纲</w:t>
      </w:r>
    </w:p>
    <w:p>
      <w:pPr>
        <w:pStyle w:val="Heading2"/>
      </w:pPr>
      <w:r>
        <w:t>接口描述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根据频道ID与暂存文件ID查询AI大纲与答题内容（若已生成）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接口支持 HTTPS 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http://api.polyv.net/live/v4/channel/record-file/subtitle/outline/get-by-fileId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接口同时支持 HTTP、HTTPS，建议使用 HTTPS 确保接口安全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签名，为32位大写的MD5值。生成签名的appSecret密钥作为通信数据安全的关键信息，严禁保存在客户端直接使用，所有API都必须通过客户自己服务器中转调用POLYV服务器获取响应数据【详见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暂存文件ID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http://api.polyv.net/live/v4/channel/record-file/subtitle/outline/get-by-fileId?appId=frlr1zazn3&amp;sign=79767F7E02132E1904C304E4F225CC2A&amp;timestamp=1634783281943&amp;channelId=100001&amp;fileId=recordFileId123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大纲生成状态：init-初始化，srt_processing-字幕生成中，outline_processing-大纲生成中，audit-待审核，success-完成，fail-生成失败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outline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大纲JSON，未生成或生成失败时为空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答题JSON，未生成或生成失败时为空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失败原因（status=fail时返回）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快速接入基础代码请 下载相关依赖源码：点击下载源码，下载后加入到自己的源码工程中即可。测试用例中的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获取暂存视频大纲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getRecordFileOutlineTest() throws IOException, NoSuchAlgorithmException {</w:t>
        <w:br/>
        <w:t xml:space="preserve">    //公共参数，填写自己的实际参数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"http://api.polyv.net/live/v4/channel/record-file/subtitle/outline/get-by-fileId";</w:t>
        <w:br/>
        <w:t xml:space="preserve">    String channelId = "100001";</w:t>
        <w:br/>
        <w:t xml:space="preserve">    String fileId = "recordFileId123";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requestMap.put("fileId", fileId);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log.info("测试获取暂存视频大纲成功：{}",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"b38bdd97dc404213a2436e7a086b9db9.82.16347832877195279",</w:t>
        <w:br/>
        <w:t xml:space="preserve">    "data": {</w:t>
        <w:br/>
        <w:t xml:space="preserve">        "status": "success",</w:t>
        <w:br/>
        <w:t xml:space="preserve">        "outline": {</w:t>
        <w:br/>
        <w:t xml:space="preserve">            "title": "直播回放大纲",</w:t>
        <w:br/>
        <w:t xml:space="preserve">            "items": [</w:t>
        <w:br/>
        <w:t xml:space="preserve">                {</w:t>
        <w:br/>
        <w:t xml:space="preserve">                    "title": "开场介绍",</w:t>
        <w:br/>
        <w:t xml:space="preserve">                    "startTime": 0,</w:t>
        <w:br/>
        <w:t xml:space="preserve">                    "endTime": 120</w:t>
        <w:br/>
        <w:t xml:space="preserve">                }</w:t>
        <w:br/>
        <w:t xml:space="preserve">            ]</w:t>
        <w:br/>
        <w:t xml:space="preserve">        },</w:t>
        <w:br/>
        <w:t xml:space="preserve">        "question": [</w:t>
        <w:br/>
        <w:t xml:space="preserve">            {</w:t>
        <w:br/>
        <w:t xml:space="preserve">                "question": "本场主题是什么？",</w:t>
        <w:br/>
        <w:t xml:space="preserve">                "answer": "产品发布",</w:t>
        <w:br/>
        <w:t xml:space="preserve">                "startTime": 60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"d310b70bc329403f87f77f9203d50f89.128.16360832149273615",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record file outline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