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创建暂存视频大纲</w:t>
      </w:r>
    </w:p>
    <w:p>
      <w:pPr>
        <w:pStyle w:val="Heading2"/>
      </w:pPr>
      <w:r>
        <w:t>接口描述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用于创建暂存视频的 AI 大纲任务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可选开启知识测验、审核后发布与回放自动打点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接口支持 HTTPS 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http://api.polyv.net/live/v4/channel/record-file/subtitle/outline/create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接口同时支持 HTTP、HTTPS，建议使用 HTTPS 确保接口安全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签名，为32位大写的MD5值。生成签名的appSecret密钥作为通信数据安全的关键信息，严禁保存在客户端直接使用，所有API都必须通过客户自己服务器中转调用POLYV服务器获取响应数据【详见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暂存文件ID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aiKnowledgeQuizEnabled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知识测验开关，Y：开启，N：关闭，默认 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aiSummaryAuditEnabled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大纲审核后发布开关，Y：开启，N：关闭，默认 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syncToPlaybackDotEnabled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回放自动打点开关，Y：开启，N：关闭，默认 N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http://api.polyv.net/live/v4/channel/record-file/subtitle/outline/create?appId=frlr1zazn3&amp;sign=79767F7E02132E1904C304E4F225CC2A&amp;timestamp=1634783281943</w:t>
      </w:r>
    </w:p>
    <w:p>
      <w:pPr>
        <w:pStyle w:val="Heading2"/>
      </w:pPr>
      <w:r>
        <w:t>请求body示例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"fileId": "recordFileId123",</w:t>
        <w:br/>
        <w:t xml:space="preserve">    "aiKnowledgeQuizEnabled": "Y",</w:t>
        <w:br/>
        <w:t xml:space="preserve">    "aiSummaryAuditEnabled": "N",</w:t>
        <w:br/>
        <w:t xml:space="preserve">    "syncToPlaybackDotEnabled": "N"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请求成功时返回空对象</w:t>
      </w: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快速接入基础代码请 下载相关依赖源码：点击下载源码，下载后加入到自己的源码工程中即可。测试用例中的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创建暂存视频大纲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createRecordFileOutlineTest() throws IOException, NoSuchAlgorithmException {</w:t>
        <w:br/>
        <w:t xml:space="preserve">    //公共参数，填写自己的实际参数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"http://api.polyv.net/live/v4/channel/record-file/subtitle/outline/create";</w:t>
        <w:br/>
        <w:t xml:space="preserve">    String fileId = "recordFileId123";</w:t>
        <w:br/>
        <w:br/>
        <w:t xml:space="preserve">    //请求body参数</w:t>
        <w:br/>
        <w:t xml:space="preserve">    Map&lt;String, Object&gt; requestBody = new HashMap&lt;&gt;();</w:t>
        <w:br/>
        <w:t xml:space="preserve">    requestBody.put("fileId", fileId);</w:t>
        <w:br/>
        <w:t xml:space="preserve">    requestBody.put("aiKnowledgeQuizEnabled", "Y");</w:t>
        <w:br/>
        <w:t xml:space="preserve">    requestBody.put("aiSummaryAuditEnabled", "N");</w:t>
        <w:br/>
        <w:t xml:space="preserve">    requestBody.put("syncToPlaybackDotEnabled", "N");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requestMap.put("sign", LiveSignUtil.getSign(requestMap, appSecret));</w:t>
        <w:br/>
        <w:br/>
        <w:t xml:space="preserve">    String response = HttpUtil.postJson(url, requestMap, JsonUtil.toJson(requestBody));</w:t>
        <w:br/>
        <w:t xml:space="preserve">    log.info("测试创建暂存视频大纲成功：{}",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"b38bdd97dc404213a2436e7a086b9db9.82.16347832877195279",</w:t>
        <w:br/>
        <w:t xml:space="preserve">    "data": {},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"d310b70bc329403f87f77f9203d50f89.128.16360832149273615",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创建暂存视频大纲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