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取消置顶频道商品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1、取消指定频道商品的置顶状态</w:t>
        <w:br/>
        <w:t>2、（timestamp, appId, channelId）参与sign签名，并和sign一起通过url传递，请求体参数不参与签名，通过post请求体传递【请设置请求头contentType:application/json】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http://api.polyv.net/live/v4/channel/product/un-topping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2、商品不存在时会返回业务错误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3、当商品当前非置顶状态时，接口幂等返回成功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频道商品ID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http://api.polyv.net/live/v4/channel/product/un-topping?appId=frlr1zazn3&amp;timestamp=1710468881000&amp;sign=2F87D9D7F1234567890ABCDEFFEDCBA&amp;channelId=1965681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"productId": 27537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响应数据，成功时通常为null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LoggerFactory.getLogger(ChannelProductTest.class);</w:t>
        <w:br/>
        <w:t>/**</w:t>
        <w:br/>
        <w:t xml:space="preserve"> * 取消置顶频道商品</w:t>
        <w:br/>
        <w:t xml:space="preserve"> */</w:t>
        <w:br/>
        <w:t>@Test</w:t>
        <w:br/>
        <w:t>public void testUnToppingChannelProduct()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"http://api.polyv.net/live/v4/channel/product/un-topping";</w:t>
        <w:br/>
        <w:t xml:space="preserve">    String channelId = "1965681";</w:t>
        <w:br/>
        <w:t xml:space="preserve">    Integer productId = 27537;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url = HttpUtil.appendUrl(url, requestMap);</w:t>
        <w:br/>
        <w:br/>
        <w:t xml:space="preserve">    Map&lt;String, Object&gt; bodyMap = new HashMap&lt;&gt;();</w:t>
        <w:br/>
        <w:t xml:space="preserve">    bodyMap.put("productId", productId);</w:t>
        <w:br/>
        <w:br/>
        <w:t xml:space="preserve">    String response = HttpUtil.postJsonBody(url, JSON.toJSONString(bodyMap), null);</w:t>
        <w:br/>
        <w:t xml:space="preserve">    log.info("测试取消置顶频道商品，返回值：{}",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"ac58000e9651475aaf4f48d7dae318cd.72.17104688816896941",</w:t>
        <w:br/>
        <w:t xml:space="preserve">  "data": null,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异常示例（商品不存在）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"d310b70bc329403f87f77f9203d50f89.128.16360831552223589",</w:t>
        <w:br/>
        <w:t xml:space="preserve">  "error": {</w:t>
        <w:br/>
        <w:t xml:space="preserve">    "code": 40243,</w:t>
        <w:br/>
        <w:t xml:space="preserve">    "desc": "商品不存在"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取消置顶频道商品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