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通过序号修改频道商品库列表顺序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1、设置频道商品排序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http://api.polyv.net/live/v4/channel/product/sort-rank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排序值，对应后台的排序列，大于0，数值与后台的排序显示值对应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http://api.polyv.net/live/v4/channel/product/sort-rank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productId=27537&amp;appId=frlr1zazn3&amp;sign=EF38B8ED0E0362545265A5E3B49C222A&amp;rank=10&amp;channelId=1965681&amp;timestamp=1621843601813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请求成功时返回SUCCESS，请求失败时为空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设置频道商品排序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testSetChannelProductRank()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"http://api.polyv.net/live/v4/channel/product/sort-rank";</w:t>
        <w:br/>
        <w:t xml:space="preserve">    String channelId = "1965681";</w:t>
        <w:br/>
        <w:t xml:space="preserve">    String productId = "27537";</w:t>
        <w:br/>
        <w:t xml:space="preserve">    // 排序值</w:t>
        <w:br/>
        <w:t xml:space="preserve">    Integer rank = 10;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requestMap.put("productId", productId);</w:t>
        <w:br/>
        <w:t xml:space="preserve">    requestMap.put("rank", rank.toString());</w:t>
        <w:br/>
        <w:br/>
        <w:t xml:space="preserve">    requestMap.put("sign", LiveSignUtil.getSign(requestMap, appSecret));</w:t>
        <w:br/>
        <w:t xml:space="preserve">    url = HttpUtil.appendUrl(url, requestMap);</w:t>
        <w:br/>
        <w:br/>
        <w:t xml:space="preserve">    String response = HttpUtil.postFormBody(url, requestMap);</w:t>
        <w:br/>
        <w:t xml:space="preserve">    log.info("测试设置商品顺序：{}",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通过序号修改频道商品库列表顺序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