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批量修改频道回放字幕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1、批量修改频道回放字幕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https://api.polyv.net/live/v4/channel/subtitle/update-batch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body参数字段说明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body参数字段说明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字幕状态，publish-显示，finish-不显示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https://api.polyv.net/live/v4/channel/subtitle/update-batch?appId=frlr1zazn3&amp;sign=4424EF1F6C767FC0E2FB4A912E566879&amp;timestamp=1653879013148&amp;channelId=100033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[{</w:t>
        <w:br/>
        <w:t xml:space="preserve">  "name":"实时字幕-1",</w:t>
        <w:br/>
        <w:t xml:space="preserve">  "status":"publish",</w:t>
        <w:br/>
        <w:t xml:space="preserve">  "id": 1</w:t>
        <w:br/>
        <w:t>},</w:t>
        <w:br/>
        <w:t xml:space="preserve">  {</w:t>
        <w:br/>
        <w:t xml:space="preserve">    "name":"实时字幕-2",</w:t>
        <w:br/>
        <w:t xml:space="preserve">    "status":"finish",</w:t>
        <w:br/>
        <w:t xml:space="preserve">    "id":2</w:t>
        <w:br/>
        <w:t xml:space="preserve">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返回内容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批量修改频道回放字幕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testBatchUpdateSubtitle()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 channelId = 100033;</w:t>
        <w:br/>
        <w:br/>
        <w:t xml:space="preserve">    //业务参数</w:t>
        <w:br/>
        <w:t xml:space="preserve">    String url = "https://api.polyv.net/live/v4/channel/subtitle/update-batch";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json = "[]";</w:t>
        <w:br/>
        <w:br/>
        <w:t xml:space="preserve">    String response = HttpUtil.postJsonBody(url, json, null);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成功示例（测试示例频道号已隐藏）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"14138a5004b1412fbe109f854fec0b52.59.16538790171742883",</w:t>
        <w:br/>
        <w:t xml:space="preserve">    "data": "",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批量修改频道回放字幕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