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查询多个频道回放设置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1、查询多个频道回放设置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http://api.polyv.net/live/v4/channel/playback/list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用英文逗号隔开的频道号，如：10000,100001 最多100个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http://api.polyv.net/live/v4/channel/playback/list?appId=frlr1zazn3&amp;sign=DA99F02427F3DF709AE0BE4007501DC4&amp;channelIds=3385357%2C1965681&amp;timestamp=1663859723019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观看回放功能开关Y：开启N：关闭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回放来源record：暂存playback：回放列表vod：点播列表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回放方式single：单个视频回放list：列表回放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视频列表，回放方式为单个视频时只会返回一个视频，列表回放时返回前10个视频，回放开关关闭时也会返回视频列表【详见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videoList字段说明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是否开启全局设置Y：开启N：关闭</w:t>
            </w:r>
          </w:p>
        </w:tc>
      </w:tr>
    </w:tbl>
    <w:p>
      <w:pPr>
        <w:spacing w:after="40"/>
      </w:pPr>
    </w:p>
    <w:p>
      <w:pPr>
        <w:pStyle w:val="Heading3"/>
      </w:pPr>
      <w:r>
        <w:t>videoList参数描述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直播系统生成的id （回放来源为回放列表或点播列表有值）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点播视频videoPoolId （回放来源为回放列表或点播列表有值）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回放视频转存前的暂存文件ID（回放来源为暂存时有值）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视频时长，格式为HH:mm:ss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回放视频的观看地址。留意，当“回放来源”不等于“暂存”时，该字段才有值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查询多个频道回放设置视频列表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getChannelPlaybackListTest()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"http://api.polyv.net/live/v4/channel/playback/list";</w:t>
        <w:br/>
        <w:t xml:space="preserve">    String channelIds = "3385357,1965681";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requestMap.put("channelIds", channelIds);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log.info("测试查询多个频道回放设置视频列表成功：{}",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"4a3bcfe6010942ab801d53e76db05227.68.16638597246720685",</w:t>
        <w:br/>
        <w:t xml:space="preserve">    "data": [</w:t>
        <w:br/>
        <w:t xml:space="preserve">        {</w:t>
        <w:br/>
        <w:t xml:space="preserve">            "channelId": 1965681,</w:t>
        <w:br/>
        <w:t xml:space="preserve">            "playBackEnabled": "Y",</w:t>
        <w:br/>
        <w:t xml:space="preserve">            "origin": "playback",</w:t>
        <w:br/>
        <w:t xml:space="preserve">            "type": "single",</w:t>
        <w:br/>
        <w:t xml:space="preserve">            "videoList": [</w:t>
        <w:br/>
        <w:t xml:space="preserve">                {</w:t>
        <w:br/>
        <w:t xml:space="preserve">                    "videoId": "1dcabe17a4",</w:t>
        <w:br/>
        <w:t xml:space="preserve">                    "videoPoolId": "1b448be32347e1dfeb92fbf92849fda7",</w:t>
        <w:br/>
        <w:t xml:space="preserve">                    "duration": "00:02:30",</w:t>
        <w:br/>
        <w:t xml:space="preserve">                    "name": "Junit测试(勿删)",</w:t>
        <w:br/>
        <w:t xml:space="preserve">                    "fileId": null</w:t>
        <w:br/>
        <w:t xml:space="preserve">                }</w:t>
        <w:br/>
        <w:t xml:space="preserve">            ],</w:t>
        <w:br/>
        <w:t xml:space="preserve">            "globalSettingEnabled": "N"</w:t>
        <w:br/>
        <w:t xml:space="preserve">        },</w:t>
        <w:br/>
        <w:t xml:space="preserve">        {</w:t>
        <w:br/>
        <w:t xml:space="preserve">            "channelId": 3385357,</w:t>
        <w:br/>
        <w:t xml:space="preserve">            "playBackEnabled": "Y",</w:t>
        <w:br/>
        <w:t xml:space="preserve">            "origin": "record",</w:t>
        <w:br/>
        <w:t xml:space="preserve">            "type": "single",</w:t>
        <w:br/>
        <w:t xml:space="preserve">            "videoList": [],</w:t>
        <w:br/>
        <w:t xml:space="preserve">            "globalSettingEnabled": "Y"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查询多个频道回放设置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