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批量查询频道单个回放信息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1、根据多个频道号查询每个频道设置的回放视频信息（仅支持非直播暂存的单个视频的回放查询）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http://api.polyv.net/live/v4/channel/play-back/get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2、仅支持非直播暂存的单个视频的回放查询，否则返回数据为null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频道号列表，多个使用,分隔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http://api.polyv.net/live/v4/channel/play-back/get?appId=frlr1zazn3&amp;sign=5CE29DB9BDF1C24F85B096C38B9156B8&amp;channelIds=1965681%2C2722361&amp;timestamp=1639717803069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点播系统VID（常用该字段）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（不常用，视频库中的回放视频）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点播视频videoPoolId （不常用）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视频时间，如：05:15:01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批量查询频道单个回放信息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testPlaybackVideoInfoList()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"http://api.polyv.net/live/v4/channel/play-back/get";</w:t>
        <w:br/>
        <w:t xml:space="preserve">        String categoryIds="340019,345134";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requestMap.put("channelIds", "1965681,2722361");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log.info("测试批量查询频道单个回放信息，返回值：{}", response);</w:t>
        <w:br/>
        <w:t xml:space="preserve">    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"f4b2f18c-f8f6-41f0-b0c8-9eef00af4fba",</w:t>
        <w:br/>
        <w:t xml:space="preserve">    "data": [</w:t>
        <w:br/>
        <w:t xml:space="preserve">        {</w:t>
        <w:br/>
        <w:t xml:space="preserve">            "channelId": 2722361,</w:t>
        <w:br/>
        <w:t xml:space="preserve">            "videoId": null,</w:t>
        <w:br/>
        <w:t xml:space="preserve">            "videoPoolId": null,</w:t>
        <w:br/>
        <w:t xml:space="preserve">            "videoName": null,</w:t>
        <w:br/>
        <w:t xml:space="preserve">            "firstImg": null,</w:t>
        <w:br/>
        <w:t xml:space="preserve">            "duration": null,</w:t>
        <w:br/>
        <w:t xml:space="preserve">            "vid": null</w:t>
        <w:br/>
        <w:t xml:space="preserve">        },</w:t>
        <w:br/>
        <w:t xml:space="preserve">        {</w:t>
        <w:br/>
        <w:t xml:space="preserve">            "channelId": 1965681,</w:t>
        <w:br/>
        <w:t xml:space="preserve">            "videoId": "8073e37567",</w:t>
        <w:br/>
        <w:t xml:space="preserve">            "videoPoolId": "1b448be323a9076c9941604ac1c667f9",</w:t>
        <w:br/>
        <w:t xml:space="preserve">            "videoName": "Junit测试(勿删)",</w:t>
        <w:br/>
        <w:t xml:space="preserve">            "firstImg": "//doc.polyv.net/images/default/blackboard.png",</w:t>
        <w:br/>
        <w:t xml:space="preserve">            "duration": "05:15:01",</w:t>
        <w:br/>
        <w:t xml:space="preserve">            "vid": "1b448be323a9076c9941604ac1c667f9_1"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批量查询频道单个回放信息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