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查询所有频道的基础信息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1、查询账号下所有的频道基础信息列表，观看页状态与新版后台一致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http://api.polyv.net/live/v4/channel/basic-info/list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排序字段，默认按频道创建时间降序startTimeDesc：开播时间降序startTimeAsc：开播时间升序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查询页数，默认1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http://api.polyv.net/live/v4/channel/basic-info/list?pageNumber=2&amp;appId=frlr1zazn3&amp;sign=1AEEA7FE8C0DF0BF6918B5212906ED97&amp;pageSize=2&amp;timestamp=1651801721026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直播开始时间，关闭时为0，开启时为13位毫秒级时间戳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频道的观看页状态，取值为live：直播中end：直播结束playback：回放中waiting：等待中unStart：未开始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查询所有频道的基础信息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testListChannelBasicInfo()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"http://api.polyv.net/live/v4/channel/basic-info/list";</w:t>
        <w:br/>
        <w:t xml:space="preserve">    String pageNumber = "2";</w:t>
        <w:br/>
        <w:t xml:space="preserve">    String pageSize = "2";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log.info("测试查询所有频道的基础信息成功：{}",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"028071a1aa4c464a9c441cf79de24dfb.61.16518013990160097",</w:t>
        <w:br/>
        <w:t xml:space="preserve">    "data": {</w:t>
        <w:br/>
        <w:t xml:space="preserve">        "pageNumber": 6,</w:t>
        <w:br/>
        <w:t xml:space="preserve">        "pageSize": 1,</w:t>
        <w:br/>
        <w:t xml:space="preserve">        "totalPages": 96,</w:t>
        <w:br/>
        <w:t xml:space="preserve">        "totalItems": 96,</w:t>
        <w:br/>
        <w:t xml:space="preserve">        "contents": [</w:t>
        <w:br/>
        <w:t xml:space="preserve">            {</w:t>
        <w:br/>
        <w:t xml:space="preserve">                "channelId": 3042405,</w:t>
        <w:br/>
        <w:t xml:space="preserve">                "channelPasswd": "xxxxx",</w:t>
        <w:br/>
        <w:t xml:space="preserve">                "name": "测试中英文复制1",</w:t>
        <w:br/>
        <w:t xml:space="preserve">                "publisher": "sadman",</w:t>
        <w:br/>
        <w:t xml:space="preserve">                "startTime": 1635652800000,</w:t>
        <w:br/>
        <w:t xml:space="preserve">                "splashImg": "https://liveimages.videocc.net/uploaded/images/2021/09/g2bpwvlg83.jpeg",</w:t>
        <w:br/>
        <w:t xml:space="preserve">                "desc": "&lt;p&gt;JAVA大师无延迟直播课-纯视频&lt;/p&gt;",</w:t>
        <w:br/>
        <w:t xml:space="preserve">                "watchStatus": "waiting",</w:t>
        <w:br/>
        <w:t xml:space="preserve">                "watchStatusText": "等待中",</w:t>
        <w:br/>
        <w:t xml:space="preserve">                "pageView": 10,</w:t>
        <w:br/>
        <w:t xml:space="preserve">                "watchUrl": "https://live.polyv.cn/watch/3042405"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查询所有频道的基础信息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