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查询所有频道的基础信息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查询所有频道的基础信息(旧版)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1、查询账号下所有的频道基础信息列表，观看页状态与新版后台一致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http://api.polyv.net/live/v4/channel/basic/list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分类ID，多个id用英文逗号分隔，不超过200个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观看页状态筛选live：直播中playback：回放中end：已结束waiting：等待中unStart：未开始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直播开始时间，查询开始时间13位时间戳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直播结束时间，查询结束时间13位时间戳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查询页数，默认1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排序字段，默认按频道创建时间升序startTimeDesc：开播时间降序startTimeAsc：开播时间升序channelCreatedTimeDesc：频道创建时间降序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http://api.polyv.net/live/v4/channel/basic/list?categoryIds=340019&amp;pageNumber=2&amp;appId=frlr1zazn3&amp;sign=02E681A4BECB8D8B73056C08B1DF6443&amp;pageSize=2&amp;timestamp=1648776618809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直播开始时间，开启时为13位毫秒级时间戳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引导页开关，取值Y：开启N：关闭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直播观看地址，例如 https://xxx.live.polyv.cn/watch/xxxx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频道的观看页状态，取值为live：直播中end：直播结束playback：回放中waiting：等待中unStart：未开始banpush：已禁播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观看页状态描述，直播中，回放中，已结束，等待中，未开始，已禁播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回放视频列表（回放列表+点播列表），当有多个时按添加时间倒叙排列【详见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直播场景，新版直播不使用该字段alone：活动直播topclass：大班课ppt：三分屏seminar：研讨会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新版后台直播场景，若未定义则取sceneundefined：未定义topclass：大班课double：双师课（需开通权限）train：企业培训seminar：研讨会alone：活动营销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新版后台直播模板，若老版频道，该字段为未定义undefined：未定义ppt：三分屏(横屏)alone：纯视频(横屏) topclass：纯视频-极速(横屏) seminar：研讨会portrait_ppt：三分屏(竖屏)portrait_alone：纯视频(竖屏)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直播方式. client: 使用开播端或第三方推流(常规); disk: 伪直播;</w:t>
            </w:r>
          </w:p>
        </w:tc>
      </w:tr>
    </w:tbl>
    <w:p>
      <w:pPr>
        <w:spacing w:after="40"/>
      </w:pPr>
    </w:p>
    <w:p>
      <w:pPr>
        <w:pStyle w:val="Heading2"/>
      </w:pPr>
      <w:r>
        <w:t>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视频时长（格式：00:01:29）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查询所有频道的基础信息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testListChannelBasic()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"http://api.polyv.net/live/v4/channel/basic/list";</w:t>
        <w:br/>
        <w:t xml:space="preserve">    String categoryIds = "340019";</w:t>
        <w:br/>
        <w:t xml:space="preserve">    String pageNumber = "2";</w:t>
        <w:br/>
        <w:t xml:space="preserve">    String pageSize = "2";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requestMap.put("categoryIds", categoryIds);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log.info("测试查询所有频道的基础信息成功：{}",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"d961bc1daf4844a39de9a2c57beb3f51.66.16487766217727375",</w:t>
        <w:br/>
        <w:t xml:space="preserve">    "data": {</w:t>
        <w:br/>
        <w:t xml:space="preserve">        "pageNumber": 2,</w:t>
        <w:br/>
        <w:t xml:space="preserve">        "pageSize": 2,</w:t>
        <w:br/>
        <w:t xml:space="preserve">        "totalPages": 36,</w:t>
        <w:br/>
        <w:t xml:space="preserve">        "totalItems": 71,</w:t>
        <w:br/>
        <w:t xml:space="preserve">        "contents": [</w:t>
        <w:br/>
        <w:t xml:space="preserve">            {</w:t>
        <w:br/>
        <w:t xml:space="preserve">                "channelId": 1981629,</w:t>
        <w:br/>
        <w:t xml:space="preserve">                "name": "创建并初始化频道-验证码观看",</w:t>
        <w:br/>
        <w:t xml:space="preserve">                "publisher": "主讲人sadboy",</w:t>
        <w:br/>
        <w:t xml:space="preserve">                "startTime": 1602306535000,</w:t>
        <w:br/>
        <w:t xml:space="preserve">                "coverImg": "https://liveimages.videocc.net/assets/wimages/pc_images/logo.png",</w:t>
        <w:br/>
        <w:t xml:space="preserve">                "splashImg": null,</w:t>
        <w:br/>
        <w:t xml:space="preserve">                "splashEnabled": "N",</w:t>
        <w:br/>
        <w:t xml:space="preserve">                "desc": "这是一个描述",</w:t>
        <w:br/>
        <w:t xml:space="preserve">                "watchUrl": "https://1b448be323.live.polyv.cn/watch/1981629",</w:t>
        <w:br/>
        <w:t xml:space="preserve">                "watchStatus": "end",</w:t>
        <w:br/>
        <w:t xml:space="preserve">                "watchStatusText": "已结束",</w:t>
        <w:br/>
        <w:t xml:space="preserve">                "bgImg": null,</w:t>
        <w:br/>
        <w:t xml:space="preserve">                "categoryId": 340019,</w:t>
        <w:br/>
        <w:t xml:space="preserve">                "pageView": 25,</w:t>
        <w:br/>
        <w:t xml:space="preserve">                "likes": 0,</w:t>
        <w:br/>
        <w:t xml:space="preserve">                "maxViewer": 0,</w:t>
        <w:br/>
        <w:t xml:space="preserve">                "onlineNum": 0,</w:t>
        <w:br/>
        <w:t xml:space="preserve">                "videoList": null,</w:t>
        <w:br/>
        <w:t xml:space="preserve">                "scene": "alone",</w:t>
        <w:br/>
        <w:t xml:space="preserve">                "newScene": "undefined",</w:t>
        <w:br/>
        <w:t xml:space="preserve">                "template": "alone"</w:t>
        <w:br/>
        <w:t xml:space="preserve">            },</w:t>
        <w:br/>
        <w:t xml:space="preserve">            {</w:t>
        <w:br/>
        <w:t xml:space="preserve">                "channelId": 2191569,</w:t>
        <w:br/>
        <w:t xml:space="preserve">                "name": "测试",</w:t>
        <w:br/>
        <w:t xml:space="preserve">                "publisher": "主持人名称",</w:t>
        <w:br/>
        <w:t xml:space="preserve">                "startTime": 1557888134000,</w:t>
        <w:br/>
        <w:t xml:space="preserve">                "coverImg": "https://liveimages.videocc.net/uploaded/images/2021/05/fyw76bd9ed.png",</w:t>
        <w:br/>
        <w:t xml:space="preserve">                "splashImg": "https://liveimages.videocc.net/uploaded/images/2021/05/fyw76bi945.png",</w:t>
        <w:br/>
        <w:t xml:space="preserve">                "splashEnabled": "Y",</w:t>
        <w:br/>
        <w:t xml:space="preserve">                "desc": "这是直播介绍,可以是html代码",</w:t>
        <w:br/>
        <w:t xml:space="preserve">                "watchUrl": "https://1b448be323.live.polyv.cn/watch/2191569",</w:t>
        <w:br/>
        <w:t xml:space="preserve">                "watchStatus": "end",</w:t>
        <w:br/>
        <w:t xml:space="preserve">                "watchStatusText": "已结束",</w:t>
        <w:br/>
        <w:t xml:space="preserve">                "bgImg": "http://static.live.polyv.net/uploaded/images/2016/07/egqo3soa33.jpg",</w:t>
        <w:br/>
        <w:t xml:space="preserve">                "categoryId": 340019,</w:t>
        <w:br/>
        <w:t xml:space="preserve">                "pageView": 1003,</w:t>
        <w:br/>
        <w:t xml:space="preserve">                "likes": 666,</w:t>
        <w:br/>
        <w:t xml:space="preserve">                "maxViewer": 100,</w:t>
        <w:br/>
        <w:t xml:space="preserve">                "onlineNum": 0,</w:t>
        <w:br/>
        <w:t xml:space="preserve">                "videoList": [</w:t>
        <w:br/>
        <w:t xml:space="preserve">                    {</w:t>
        <w:br/>
        <w:t xml:space="preserve">                        "videoId": "929b7c13bd",</w:t>
        <w:br/>
        <w:t xml:space="preserve">                        "videoPoolId": "1b448be3231d54331c41d70c6656d8b4_1",</w:t>
        <w:br/>
        <w:t xml:space="preserve">                        "duration": "00:01:29"</w:t>
        <w:br/>
        <w:t xml:space="preserve">                    },</w:t>
        <w:br/>
        <w:t xml:space="preserve">                    {</w:t>
        <w:br/>
        <w:t xml:space="preserve">                        "videoId": "929b7c13bd",</w:t>
        <w:br/>
        <w:t xml:space="preserve">                        "videoPoolId": "1b448be3231d54331c41d70c6656d8b4_1",</w:t>
        <w:br/>
        <w:t xml:space="preserve">                        "duration": "00:01:29"</w:t>
        <w:br/>
        <w:t xml:space="preserve">                    }</w:t>
        <w:br/>
        <w:t xml:space="preserve">                ],</w:t>
        <w:br/>
        <w:t xml:space="preserve">                "scene": "ppt",</w:t>
        <w:br/>
        <w:t xml:space="preserve">                "newScene": "undefined",</w:t>
        <w:br/>
        <w:t xml:space="preserve">                "template": "undefined"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查询所有频道的基础信息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