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1、查询频道基本信息，观看页状态与新版后台一致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http://api.polyv.net/live/v4/channel/basic/get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http://api.polyv.net/live/v4/channel/basic/get?appId=frlr1zazn3&amp;sign=AE9DED64FDDC94A0B18DB29E2D9B7DFC&amp;channelId=3151318&amp;timestamp=1654828588317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直播场景，新版直播不使用该字段alone：活动直播topclass：大班课ppt：三分屏seminar：研讨会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新版后台直播场景，若未定义则取sceneundefined：未定义topclass：大班课double：双师课（需开通权限）train：企业培训seminar：研讨会alone：活动营销  smallclass（小班课）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新版后台直播模板，若老版频道，该字段为未定义undefined：未定义ppt：三分屏(横屏)alone：纯视频(横屏) topclass：纯视频-极速(横屏) seminar：研讨会portrait_ppt：三分屏(竖屏)portrait_alone：纯视频(竖屏)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直播间设置的直播开始时间（设置后出现倒计时），未设置直播开始时间或重置了直播开始时间时为0；设置并生效时为13位毫秒级时间戳。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直播间设置的直播结束时间，13位毫秒级时间戳。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频道无延迟直播开关，Y:开启，N:关闭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newSessionEnabled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系列直播开关，Y：系列直播，N：普通直播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限制最大在线观看人数开关Y：开启N：关闭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直播观看地址，例如 https://xxx.live.polyv.cn/watch/xxxx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观看页状态live：直播中playback：回放中end：已结束waiting：等待中unStart：未开始banpush：已禁播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userCategory字段说明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直播观看条件列表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频道连麦人数限制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创建者账号id，为主账号创建时，返回主账号userId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createdAccountEmail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创建者账号邮箱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标签id数组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labelData字段说明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clientAloneTemplateBackgroundUrl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客户端模版背景图URL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liveCdnBackgroundUrl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视频混流背景图URL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推流链接 (仅纯视频有值)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推流密钥 (仅纯视频有值)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直播方式. client: 使用开播端或第三方推流(常规); disk: 伪直播;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频道类型，normal:普通频道，transmit:发起转播，receive:接收转播，transmit_package:发起转播+包装，receive_package:接收转播+包装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smallClassSizeLimit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小班课班型，值：1，6，12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isRecord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小班课录制开关，仅直播场景是小班课时有效，Y：开启，N：关闭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courseId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频道自定义标识，最多100个字符，未配置时为空</w:t>
            </w:r>
          </w:p>
        </w:tc>
      </w:tr>
    </w:tbl>
    <w:p>
      <w:pPr>
        <w:spacing w:after="40"/>
      </w:pPr>
    </w:p>
    <w:p>
      <w:pPr>
        <w:pStyle w:val="Heading3"/>
      </w:pPr>
      <w:r>
        <w:t>labelData字段说明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</w:tbl>
    <w:p>
      <w:pPr>
        <w:spacing w:after="40"/>
      </w:pPr>
    </w:p>
    <w:p>
      <w:pPr>
        <w:pStyle w:val="Heading3"/>
      </w:pPr>
      <w:r>
        <w:t>userCategory字段说明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分类的排序值</w:t>
            </w:r>
          </w:p>
        </w:tc>
      </w:tr>
    </w:tbl>
    <w:p>
      <w:pPr>
        <w:spacing w:after="40"/>
      </w:pPr>
    </w:p>
    <w:p>
      <w:pPr>
        <w:pStyle w:val="Heading3"/>
      </w:pPr>
      <w:r>
        <w:t>authSettings字段说明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---------------------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频道直播观看条件，主要观看条件为1，次要观看条件为2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观看条件类型none：无限制 code：验证码观看pay：付费观看 phone：白名单观看 info：登记观看wxshare：分享观看 custom：自定义授权观看 external：外部授权观看 direct：独立授权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验证码观看条件提示信息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登记观看条件提示信息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验证码观看的验证码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验证码观看的二维码提示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付费观看截止时间，13位毫秒级时间戳，为 null 表示一次付费，永久有效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付费观看的截止时长，单位为天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付费观看的试看开关，默认关闭Y：开启N：关闭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试看截止日期，13位毫秒级时间戳，为 null 表示对该频道永久有效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白名单输入提示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白名单入口文案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登记观看描述字段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自定义讲师ID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当authType为phone时使用，到课名单开关，Y：开启，N：关闭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查询频道基本信息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testGetChannelDetail()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"http://api.polyv.net/live/v4/channel/basic/get";</w:t>
        <w:br/>
        <w:t xml:space="preserve">    String channelId = "3151318";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log.info("测试查询频道基本信息，返回值：{}",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"4a11f50ed079498bba8d8886b069c5fa.65.16548285928827809",</w:t>
        <w:br/>
        <w:t xml:space="preserve">    "data": {</w:t>
        <w:br/>
        <w:t xml:space="preserve">        "channelId": 3151318,</w:t>
        <w:br/>
        <w:t xml:space="preserve">        "name": "测试频道",</w:t>
        <w:br/>
        <w:t xml:space="preserve">        "scene": "ppt",</w:t>
        <w:br/>
        <w:t xml:space="preserve">        "newScene": "undefined",</w:t>
        <w:br/>
        <w:t xml:space="preserve">        "template": "undefined",</w:t>
        <w:br/>
        <w:t xml:space="preserve">        "channelPasswd": "8YiFH5",</w:t>
        <w:br/>
        <w:t xml:space="preserve">        "publisher": "主持人",</w:t>
        <w:br/>
        <w:t xml:space="preserve">        "startTime": 0,</w:t>
        <w:br/>
        <w:t xml:space="preserve">        "endTime": 1687414806000,</w:t>
        <w:br/>
        <w:t xml:space="preserve">        "newSessionEnabled": "Y",</w:t>
        <w:br/>
        <w:t xml:space="preserve">        "pageView": 1,</w:t>
        <w:br/>
        <w:t xml:space="preserve">        "likes": 0,</w:t>
        <w:br/>
        <w:t xml:space="preserve">        "coverImg": "//liveimages.videocc.net/assets/wimages/pc_images/logo.png",</w:t>
        <w:br/>
        <w:t xml:space="preserve">        "splashImg": "",</w:t>
        <w:br/>
        <w:t xml:space="preserve">        "splashEnabled": "Y",</w:t>
        <w:br/>
        <w:t xml:space="preserve">        "desc": "",</w:t>
        <w:br/>
        <w:t xml:space="preserve">        "consultingMenuEnabled": "Y",</w:t>
        <w:br/>
        <w:t xml:space="preserve">        "maxViewerRestrict": "N",</w:t>
        <w:br/>
        <w:t xml:space="preserve">        "maxViewer": -1,</w:t>
        <w:br/>
        <w:t xml:space="preserve">        "watchUrl": "https://1b448be323.live.polyv.cn/watch/3151318",</w:t>
        <w:br/>
        <w:t xml:space="preserve">        "watchStatus": "unStart",</w:t>
        <w:br/>
        <w:t xml:space="preserve">        "watchStatusText": "未开始",</w:t>
        <w:br/>
        <w:t xml:space="preserve">        "userCategory": {</w:t>
        <w:br/>
        <w:t xml:space="preserve">            "categoryId": 391352,</w:t>
        <w:br/>
        <w:t xml:space="preserve">            "categoryName": "测试频道",</w:t>
        <w:br/>
        <w:t xml:space="preserve">            "userId": "1b448be323",</w:t>
        <w:br/>
        <w:t xml:space="preserve">            "rank": 3619</w:t>
        <w:br/>
        <w:t xml:space="preserve">        },</w:t>
        <w:br/>
        <w:t xml:space="preserve">        "authSettings": [</w:t>
        <w:br/>
        <w:t xml:space="preserve">            {</w:t>
        <w:br/>
        <w:t xml:space="preserve">                "channelId": 3151318,</w:t>
        <w:br/>
        <w:t xml:space="preserve">                "userId": "1b448be323",</w:t>
        <w:br/>
        <w:t xml:space="preserve">                "rank": 1,</w:t>
        <w:br/>
        <w:t xml:space="preserve">                "globalSettingEnabled": "N",</w:t>
        <w:br/>
        <w:t xml:space="preserve">                "enabled": "N",</w:t>
        <w:br/>
        <w:t xml:space="preserve">                "authType": "info",</w:t>
        <w:br/>
        <w:t xml:space="preserve">                "authTips": "欢迎观看本次直播",</w:t>
        <w:br/>
        <w:t xml:space="preserve">                "payAuthTips": "欢迎观看本次直播",</w:t>
        <w:br/>
        <w:t xml:space="preserve">                "codeAuthTips": "欢迎观看本次直播",</w:t>
        <w:br/>
        <w:t xml:space="preserve">                "infoAuthTips": "欢迎观看本次直播",</w:t>
        <w:br/>
        <w:t xml:space="preserve">                "authCode": "",</w:t>
        <w:br/>
        <w:t xml:space="preserve">                "qcodeTips": "",</w:t>
        <w:br/>
        <w:t xml:space="preserve">                "qcodeImg": "",</w:t>
        <w:br/>
        <w:t xml:space="preserve">                "price": 0.00,</w:t>
        <w:br/>
        <w:t xml:space="preserve">                "watchEndTime": null,</w:t>
        <w:br/>
        <w:t xml:space="preserve">                "validTimePeriod": null,</w:t>
        <w:br/>
        <w:t xml:space="preserve">                "customKey": "ujpTIPloEw",</w:t>
        <w:br/>
        <w:t xml:space="preserve">                "customUri": "http://sadboy.cn/polyv.test?a=123&amp;url=ijofdajodfsaoi",</w:t>
        <w:br/>
        <w:t xml:space="preserve">                "externalKey": "ujpTIPloEw",</w:t>
        <w:br/>
        <w:t xml:space="preserve">                "externalUri": "",</w:t>
        <w:br/>
        <w:t xml:space="preserve">                "externalRedirectUri": "",</w:t>
        <w:br/>
        <w:t xml:space="preserve">                "externalEntryText": "",</w:t>
        <w:br/>
        <w:t xml:space="preserve">                "directKey": "ujpTIPloEw",</w:t>
        <w:br/>
        <w:t xml:space="preserve">                "trialWatchEnabled": "N",</w:t>
        <w:br/>
        <w:t xml:space="preserve">                "trialWatchTime": null,</w:t>
        <w:br/>
        <w:t xml:space="preserve">                "trialWatchEndTime": null,</w:t>
        <w:br/>
        <w:t xml:space="preserve">                "whiteListInputTips": "请输入会员码-1605067278063",</w:t>
        <w:br/>
        <w:t xml:space="preserve">                "whiteListEntryText": "会员入口",</w:t>
        <w:br/>
        <w:t xml:space="preserve">                "infoDesc": ""</w:t>
        <w:br/>
        <w:t xml:space="preserve">            },</w:t>
        <w:br/>
        <w:t xml:space="preserve">            {</w:t>
        <w:br/>
        <w:t xml:space="preserve">                "channelId": 3151318,</w:t>
        <w:br/>
        <w:t xml:space="preserve">                "userId": "1b448be323",</w:t>
        <w:br/>
        <w:t xml:space="preserve">                "rank": 2,</w:t>
        <w:br/>
        <w:t xml:space="preserve">                "globalSettingEnabled": "N",</w:t>
        <w:br/>
        <w:t xml:space="preserve">                "enabled": "N",</w:t>
        <w:br/>
        <w:t xml:space="preserve">                "authType": "none",</w:t>
        <w:br/>
        <w:t xml:space="preserve">                "authTips": "欢迎观看本次直播",</w:t>
        <w:br/>
        <w:t xml:space="preserve">                "payAuthTips": "欢迎观看本次直播",</w:t>
        <w:br/>
        <w:t xml:space="preserve">                "codeAuthTips": "欢迎观看本次直播",</w:t>
        <w:br/>
        <w:t xml:space="preserve">                "infoAuthTips": "欢迎观看本次直播",</w:t>
        <w:br/>
        <w:t xml:space="preserve">                "authCode": "",</w:t>
        <w:br/>
        <w:t xml:space="preserve">                "qcodeTips": "",</w:t>
        <w:br/>
        <w:t xml:space="preserve">                "qcodeImg": "",</w:t>
        <w:br/>
        <w:t xml:space="preserve">                "price": 0.00,</w:t>
        <w:br/>
        <w:t xml:space="preserve">                "watchEndTime": null,</w:t>
        <w:br/>
        <w:t xml:space="preserve">                "validTimePeriod": null,</w:t>
        <w:br/>
        <w:t xml:space="preserve">                "customKey": "ujpTIPloEw",</w:t>
        <w:br/>
        <w:t xml:space="preserve">                "customUri": "",</w:t>
        <w:br/>
        <w:t xml:space="preserve">                "externalKey": "ujpTIPloEw",</w:t>
        <w:br/>
        <w:t xml:space="preserve">                "externalUri": "",</w:t>
        <w:br/>
        <w:t xml:space="preserve">                "externalRedirectUri": "",</w:t>
        <w:br/>
        <w:t xml:space="preserve">                "externalEntryText": "",</w:t>
        <w:br/>
        <w:t xml:space="preserve">                "directKey": "ujpTIPloEw",</w:t>
        <w:br/>
        <w:t xml:space="preserve">                "trialWatchEnabled": "N",</w:t>
        <w:br/>
        <w:t xml:space="preserve">                "trialWatchTime": null,</w:t>
        <w:br/>
        <w:t xml:space="preserve">                "trialWatchEndTime": null,</w:t>
        <w:br/>
        <w:t xml:space="preserve">                "whiteListInputTips": "",</w:t>
        <w:br/>
        <w:t xml:space="preserve">                "whiteListEntryText": "会员入口",</w:t>
        <w:br/>
        <w:t xml:space="preserve">                "infoDesc": ""</w:t>
        <w:br/>
        <w:t xml:space="preserve">            }</w:t>
        <w:br/>
        <w:t xml:space="preserve">        ],</w:t>
        <w:br/>
        <w:t xml:space="preserve">        "bgImg": null,</w:t>
        <w:br/>
        <w:t xml:space="preserve">        "onlyOutEnabled": "Y",</w:t>
        <w:br/>
        <w:t xml:space="preserve">        "linkMicLimit": 16,</w:t>
        <w:br/>
        <w:t xml:space="preserve">        "customTeacherId": "polyv001",</w:t>
        <w:br/>
        <w:t xml:space="preserve">        "createdAccountId": "1b448be323",</w:t>
        <w:br/>
        <w:t xml:space="preserve">        "createdAccountEmail": "sdk-demo@polyv.net",</w:t>
        <w:br/>
        <w:t xml:space="preserve">        "createdTime": 1603155366000,</w:t>
        <w:br/>
        <w:t xml:space="preserve">        "labelData":["zpmz3640wkxpj267"],</w:t>
        <w:br/>
        <w:t xml:space="preserve">        "courseId": "OA20260813001"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